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1EFA1" w14:textId="77777777" w:rsidR="00D17D61" w:rsidRPr="00C423A7" w:rsidRDefault="00000000" w:rsidP="00C423A7">
      <w:pPr>
        <w:spacing w:after="0" w:line="240" w:lineRule="auto"/>
        <w:jc w:val="center"/>
        <w:rPr>
          <w:rFonts w:ascii="Muli" w:hAnsi="Muli"/>
          <w:color w:val="008CAA"/>
          <w:sz w:val="20"/>
          <w:szCs w:val="20"/>
          <w:lang w:val="fr-FR"/>
        </w:rPr>
      </w:pPr>
      <w:r w:rsidRPr="00C423A7">
        <w:rPr>
          <w:rFonts w:ascii="Muli" w:hAnsi="Muli"/>
          <w:b/>
          <w:color w:val="008CAA"/>
          <w:sz w:val="36"/>
          <w:szCs w:val="20"/>
          <w:lang w:val="fr-FR"/>
        </w:rPr>
        <w:t>FICHE DE PROPOSITION DE CONTRIBUTION</w:t>
      </w:r>
    </w:p>
    <w:p w14:paraId="2CF86425" w14:textId="77777777" w:rsidR="00C423A7" w:rsidRPr="00C423A7" w:rsidRDefault="00C423A7" w:rsidP="00C423A7">
      <w:pPr>
        <w:spacing w:after="0" w:line="240" w:lineRule="auto"/>
        <w:jc w:val="center"/>
        <w:rPr>
          <w:rFonts w:ascii="Muli" w:hAnsi="Muli"/>
          <w:i/>
          <w:color w:val="555555"/>
          <w:sz w:val="20"/>
          <w:szCs w:val="20"/>
          <w:lang w:val="fr-FR"/>
        </w:rPr>
      </w:pPr>
    </w:p>
    <w:p w14:paraId="1882DDAA" w14:textId="392A75DD" w:rsidR="00D17D61" w:rsidRPr="00C423A7" w:rsidRDefault="00C423A7" w:rsidP="00C423A7">
      <w:pPr>
        <w:spacing w:after="0" w:line="240" w:lineRule="auto"/>
        <w:jc w:val="center"/>
        <w:rPr>
          <w:rFonts w:ascii="Muli" w:hAnsi="Muli"/>
          <w:sz w:val="20"/>
          <w:szCs w:val="20"/>
          <w:lang w:val="fr-FR"/>
        </w:rPr>
      </w:pPr>
      <w:r w:rsidRPr="00C423A7">
        <w:rPr>
          <w:rFonts w:ascii="Muli" w:hAnsi="Muli"/>
          <w:i/>
          <w:color w:val="555555"/>
          <w:sz w:val="20"/>
          <w:szCs w:val="20"/>
          <w:lang w:val="fr-FR"/>
        </w:rPr>
        <w:t>Appel à manifestation d’intérêt - Village des Solidarités – 9 octobre 2027 – Bayonne</w:t>
      </w:r>
    </w:p>
    <w:p w14:paraId="7834759C" w14:textId="77777777" w:rsidR="00C423A7" w:rsidRPr="00C423A7" w:rsidRDefault="00C423A7" w:rsidP="00C423A7">
      <w:pPr>
        <w:spacing w:after="0" w:line="240" w:lineRule="auto"/>
        <w:jc w:val="both"/>
        <w:rPr>
          <w:rFonts w:ascii="Muli" w:hAnsi="Muli"/>
          <w:sz w:val="20"/>
          <w:szCs w:val="20"/>
          <w:lang w:val="fr-FR"/>
        </w:rPr>
      </w:pPr>
    </w:p>
    <w:p w14:paraId="6F7E8511" w14:textId="2047A4A1" w:rsidR="00D17D61" w:rsidRPr="00C423A7" w:rsidRDefault="00000000" w:rsidP="00C423A7">
      <w:pPr>
        <w:spacing w:after="0" w:line="240" w:lineRule="auto"/>
        <w:jc w:val="both"/>
        <w:rPr>
          <w:rFonts w:ascii="Muli" w:hAnsi="Muli"/>
          <w:sz w:val="20"/>
          <w:szCs w:val="20"/>
          <w:lang w:val="fr-FR"/>
        </w:rPr>
      </w:pPr>
      <w:r w:rsidRPr="00C423A7">
        <w:rPr>
          <w:rFonts w:ascii="Muli" w:hAnsi="Muli"/>
          <w:sz w:val="20"/>
          <w:szCs w:val="20"/>
          <w:lang w:val="fr-FR"/>
        </w:rPr>
        <w:t xml:space="preserve">Cette fiche permet aux établissements, services, </w:t>
      </w:r>
      <w:r w:rsidR="009D64AF">
        <w:rPr>
          <w:rFonts w:ascii="Muli" w:hAnsi="Muli"/>
          <w:sz w:val="20"/>
          <w:szCs w:val="20"/>
          <w:lang w:val="fr-FR"/>
        </w:rPr>
        <w:t xml:space="preserve">acteurs, </w:t>
      </w:r>
      <w:r w:rsidRPr="00C423A7">
        <w:rPr>
          <w:rFonts w:ascii="Muli" w:hAnsi="Muli"/>
          <w:sz w:val="20"/>
          <w:szCs w:val="20"/>
          <w:lang w:val="fr-FR"/>
        </w:rPr>
        <w:t>associations et collectifs du territoire de présenter une ou plusieurs contributions pour le Village des Solidarités. Elle peut être utilisée pour une proposition déjà existante ou pour une création originale en cours d’élaboration.</w:t>
      </w:r>
    </w:p>
    <w:p w14:paraId="43FF8281" w14:textId="77777777" w:rsidR="00C423A7" w:rsidRPr="00C423A7" w:rsidRDefault="00C423A7" w:rsidP="00C423A7">
      <w:pPr>
        <w:spacing w:after="0" w:line="240" w:lineRule="auto"/>
        <w:jc w:val="both"/>
        <w:rPr>
          <w:rFonts w:ascii="Muli" w:hAnsi="Muli"/>
          <w:sz w:val="20"/>
          <w:szCs w:val="20"/>
          <w:lang w:val="fr-FR"/>
        </w:rPr>
      </w:pPr>
    </w:p>
    <w:p w14:paraId="63C3D3DC" w14:textId="77777777" w:rsidR="00D17D61" w:rsidRPr="00C423A7" w:rsidRDefault="00000000" w:rsidP="00C423A7">
      <w:pPr>
        <w:pStyle w:val="Titre1"/>
        <w:spacing w:before="0" w:line="240" w:lineRule="auto"/>
        <w:rPr>
          <w:rFonts w:ascii="Muli" w:hAnsi="Muli"/>
          <w:color w:val="008CAA"/>
          <w:sz w:val="24"/>
          <w:szCs w:val="24"/>
          <w:lang w:val="fr-FR"/>
        </w:rPr>
      </w:pPr>
      <w:r w:rsidRPr="00C423A7">
        <w:rPr>
          <w:rFonts w:ascii="Muli" w:hAnsi="Muli"/>
          <w:color w:val="008CAA"/>
          <w:sz w:val="24"/>
          <w:szCs w:val="24"/>
          <w:lang w:val="fr-FR"/>
        </w:rPr>
        <w:t>1. Structure porteuse</w:t>
      </w:r>
    </w:p>
    <w:tbl>
      <w:tblPr>
        <w:tblStyle w:val="Grilledutableau"/>
        <w:tblW w:w="0" w:type="auto"/>
        <w:jc w:val="center"/>
        <w:tblLook w:val="04A0" w:firstRow="1" w:lastRow="0" w:firstColumn="1" w:lastColumn="0" w:noHBand="0" w:noVBand="1"/>
      </w:tblPr>
      <w:tblGrid>
        <w:gridCol w:w="3402"/>
        <w:gridCol w:w="5953"/>
      </w:tblGrid>
      <w:tr w:rsidR="00D17D61" w:rsidRPr="00C423A7" w14:paraId="2E0B8CBF" w14:textId="77777777">
        <w:trPr>
          <w:jc w:val="center"/>
        </w:trPr>
        <w:tc>
          <w:tcPr>
            <w:tcW w:w="3402" w:type="dxa"/>
            <w:shd w:val="clear" w:color="auto" w:fill="EAF2F5"/>
            <w:vAlign w:val="center"/>
          </w:tcPr>
          <w:p w14:paraId="6AA39455" w14:textId="77777777" w:rsidR="00D17D61" w:rsidRPr="00C423A7" w:rsidRDefault="00000000" w:rsidP="00C423A7">
            <w:pPr>
              <w:spacing w:before="120" w:after="120"/>
              <w:rPr>
                <w:rFonts w:ascii="Muli" w:hAnsi="Muli"/>
                <w:sz w:val="20"/>
                <w:szCs w:val="20"/>
                <w:lang w:val="fr-FR"/>
              </w:rPr>
            </w:pPr>
            <w:r w:rsidRPr="00C423A7">
              <w:rPr>
                <w:rFonts w:ascii="Muli" w:hAnsi="Muli"/>
                <w:b/>
                <w:sz w:val="18"/>
                <w:szCs w:val="20"/>
                <w:lang w:val="fr-FR"/>
              </w:rPr>
              <w:t>Nom de la structure</w:t>
            </w:r>
          </w:p>
        </w:tc>
        <w:tc>
          <w:tcPr>
            <w:tcW w:w="5953" w:type="dxa"/>
            <w:vAlign w:val="center"/>
          </w:tcPr>
          <w:p w14:paraId="207E72EC" w14:textId="77777777" w:rsidR="00D17D61" w:rsidRPr="00C423A7" w:rsidRDefault="00D17D61" w:rsidP="00C423A7">
            <w:pPr>
              <w:spacing w:before="120" w:after="120"/>
              <w:rPr>
                <w:rFonts w:ascii="Muli" w:hAnsi="Muli"/>
                <w:sz w:val="20"/>
                <w:szCs w:val="20"/>
                <w:lang w:val="fr-FR"/>
              </w:rPr>
            </w:pPr>
          </w:p>
        </w:tc>
      </w:tr>
      <w:tr w:rsidR="00C423A7" w:rsidRPr="00C423A7" w14:paraId="1D3EBE3C" w14:textId="77777777">
        <w:trPr>
          <w:jc w:val="center"/>
        </w:trPr>
        <w:tc>
          <w:tcPr>
            <w:tcW w:w="3402" w:type="dxa"/>
            <w:shd w:val="clear" w:color="auto" w:fill="EAF2F5"/>
            <w:vAlign w:val="center"/>
          </w:tcPr>
          <w:p w14:paraId="746086FB" w14:textId="40E3D66C" w:rsidR="00C423A7" w:rsidRPr="00C423A7" w:rsidRDefault="00C423A7" w:rsidP="00C423A7">
            <w:pPr>
              <w:spacing w:before="120" w:after="120"/>
              <w:rPr>
                <w:rFonts w:ascii="Muli" w:hAnsi="Muli"/>
                <w:b/>
                <w:sz w:val="18"/>
                <w:szCs w:val="20"/>
                <w:lang w:val="fr-FR"/>
              </w:rPr>
            </w:pPr>
            <w:r w:rsidRPr="00C423A7">
              <w:rPr>
                <w:rFonts w:ascii="Muli" w:hAnsi="Muli"/>
                <w:b/>
                <w:sz w:val="18"/>
                <w:szCs w:val="20"/>
                <w:lang w:val="fr-FR"/>
              </w:rPr>
              <w:t>Adresse</w:t>
            </w:r>
          </w:p>
        </w:tc>
        <w:tc>
          <w:tcPr>
            <w:tcW w:w="5953" w:type="dxa"/>
            <w:vAlign w:val="center"/>
          </w:tcPr>
          <w:p w14:paraId="36275042" w14:textId="77777777" w:rsidR="00C423A7" w:rsidRPr="00C423A7" w:rsidRDefault="00C423A7" w:rsidP="00C423A7">
            <w:pPr>
              <w:spacing w:before="120" w:after="120"/>
              <w:rPr>
                <w:rFonts w:ascii="Muli" w:hAnsi="Muli"/>
                <w:sz w:val="20"/>
                <w:szCs w:val="20"/>
                <w:lang w:val="fr-FR"/>
              </w:rPr>
            </w:pPr>
          </w:p>
        </w:tc>
      </w:tr>
      <w:tr w:rsidR="00D17D61" w:rsidRPr="00C423A7" w14:paraId="4DEC231A" w14:textId="77777777">
        <w:trPr>
          <w:jc w:val="center"/>
        </w:trPr>
        <w:tc>
          <w:tcPr>
            <w:tcW w:w="3402" w:type="dxa"/>
            <w:shd w:val="clear" w:color="auto" w:fill="EAF2F5"/>
            <w:vAlign w:val="center"/>
          </w:tcPr>
          <w:p w14:paraId="0C233A08" w14:textId="77777777" w:rsidR="00D17D61" w:rsidRPr="00C423A7" w:rsidRDefault="00000000" w:rsidP="00C423A7">
            <w:pPr>
              <w:spacing w:before="120" w:after="120"/>
              <w:rPr>
                <w:rFonts w:ascii="Muli" w:hAnsi="Muli"/>
                <w:sz w:val="20"/>
                <w:szCs w:val="20"/>
                <w:lang w:val="fr-FR"/>
              </w:rPr>
            </w:pPr>
            <w:proofErr w:type="spellStart"/>
            <w:r w:rsidRPr="00C423A7">
              <w:rPr>
                <w:rFonts w:ascii="Muli" w:hAnsi="Muli"/>
                <w:b/>
                <w:sz w:val="18"/>
                <w:szCs w:val="20"/>
                <w:lang w:val="fr-FR"/>
              </w:rPr>
              <w:t>Référent·e</w:t>
            </w:r>
            <w:proofErr w:type="spellEnd"/>
            <w:r w:rsidRPr="00C423A7">
              <w:rPr>
                <w:rFonts w:ascii="Muli" w:hAnsi="Muli"/>
                <w:b/>
                <w:sz w:val="18"/>
                <w:szCs w:val="20"/>
                <w:lang w:val="fr-FR"/>
              </w:rPr>
              <w:t xml:space="preserve"> / contact</w:t>
            </w:r>
          </w:p>
        </w:tc>
        <w:tc>
          <w:tcPr>
            <w:tcW w:w="5953" w:type="dxa"/>
            <w:vAlign w:val="center"/>
          </w:tcPr>
          <w:p w14:paraId="3E75F2B0" w14:textId="77777777" w:rsidR="00D17D61" w:rsidRPr="00C423A7" w:rsidRDefault="00D17D61" w:rsidP="00C423A7">
            <w:pPr>
              <w:spacing w:before="120" w:after="120"/>
              <w:rPr>
                <w:rFonts w:ascii="Muli" w:hAnsi="Muli"/>
                <w:sz w:val="20"/>
                <w:szCs w:val="20"/>
                <w:lang w:val="fr-FR"/>
              </w:rPr>
            </w:pPr>
          </w:p>
        </w:tc>
      </w:tr>
      <w:tr w:rsidR="00D17D61" w:rsidRPr="00C423A7" w14:paraId="0B1394AA" w14:textId="77777777">
        <w:trPr>
          <w:jc w:val="center"/>
        </w:trPr>
        <w:tc>
          <w:tcPr>
            <w:tcW w:w="3402" w:type="dxa"/>
            <w:shd w:val="clear" w:color="auto" w:fill="EAF2F5"/>
            <w:vAlign w:val="center"/>
          </w:tcPr>
          <w:p w14:paraId="770B7C20" w14:textId="77777777" w:rsidR="00D17D61" w:rsidRPr="00C423A7" w:rsidRDefault="00000000" w:rsidP="00C423A7">
            <w:pPr>
              <w:spacing w:before="120" w:after="120"/>
              <w:rPr>
                <w:rFonts w:ascii="Muli" w:hAnsi="Muli"/>
                <w:sz w:val="20"/>
                <w:szCs w:val="20"/>
                <w:lang w:val="fr-FR"/>
              </w:rPr>
            </w:pPr>
            <w:r w:rsidRPr="00C423A7">
              <w:rPr>
                <w:rFonts w:ascii="Muli" w:hAnsi="Muli"/>
                <w:b/>
                <w:sz w:val="18"/>
                <w:szCs w:val="20"/>
                <w:lang w:val="fr-FR"/>
              </w:rPr>
              <w:t>Fonction</w:t>
            </w:r>
          </w:p>
        </w:tc>
        <w:tc>
          <w:tcPr>
            <w:tcW w:w="5953" w:type="dxa"/>
            <w:vAlign w:val="center"/>
          </w:tcPr>
          <w:p w14:paraId="0EA5D61B" w14:textId="77777777" w:rsidR="00D17D61" w:rsidRPr="00C423A7" w:rsidRDefault="00D17D61" w:rsidP="00C423A7">
            <w:pPr>
              <w:spacing w:before="120" w:after="120"/>
              <w:rPr>
                <w:rFonts w:ascii="Muli" w:hAnsi="Muli"/>
                <w:sz w:val="20"/>
                <w:szCs w:val="20"/>
                <w:lang w:val="fr-FR"/>
              </w:rPr>
            </w:pPr>
          </w:p>
        </w:tc>
      </w:tr>
      <w:tr w:rsidR="00D17D61" w:rsidRPr="00C423A7" w14:paraId="7B9C7549" w14:textId="77777777">
        <w:trPr>
          <w:jc w:val="center"/>
        </w:trPr>
        <w:tc>
          <w:tcPr>
            <w:tcW w:w="3402" w:type="dxa"/>
            <w:shd w:val="clear" w:color="auto" w:fill="EAF2F5"/>
            <w:vAlign w:val="center"/>
          </w:tcPr>
          <w:p w14:paraId="093B02D8" w14:textId="63C6C4F9" w:rsidR="00D17D61" w:rsidRPr="00C423A7" w:rsidRDefault="00000000" w:rsidP="00C423A7">
            <w:pPr>
              <w:spacing w:before="120" w:after="120"/>
              <w:rPr>
                <w:rFonts w:ascii="Muli" w:hAnsi="Muli"/>
                <w:sz w:val="20"/>
                <w:szCs w:val="20"/>
                <w:lang w:val="fr-FR"/>
              </w:rPr>
            </w:pPr>
            <w:r w:rsidRPr="00C423A7">
              <w:rPr>
                <w:rFonts w:ascii="Muli" w:hAnsi="Muli"/>
                <w:b/>
                <w:sz w:val="18"/>
                <w:szCs w:val="20"/>
                <w:lang w:val="fr-FR"/>
              </w:rPr>
              <w:t xml:space="preserve">Téléphone </w:t>
            </w:r>
          </w:p>
        </w:tc>
        <w:tc>
          <w:tcPr>
            <w:tcW w:w="5953" w:type="dxa"/>
            <w:vAlign w:val="center"/>
          </w:tcPr>
          <w:p w14:paraId="37E8DE14" w14:textId="77777777" w:rsidR="00D17D61" w:rsidRPr="00C423A7" w:rsidRDefault="00D17D61" w:rsidP="00C423A7">
            <w:pPr>
              <w:spacing w:before="120" w:after="120"/>
              <w:rPr>
                <w:rFonts w:ascii="Muli" w:hAnsi="Muli"/>
                <w:sz w:val="20"/>
                <w:szCs w:val="20"/>
                <w:lang w:val="fr-FR"/>
              </w:rPr>
            </w:pPr>
          </w:p>
        </w:tc>
      </w:tr>
      <w:tr w:rsidR="00C423A7" w:rsidRPr="00C423A7" w14:paraId="247F1408" w14:textId="77777777">
        <w:trPr>
          <w:jc w:val="center"/>
        </w:trPr>
        <w:tc>
          <w:tcPr>
            <w:tcW w:w="3402" w:type="dxa"/>
            <w:shd w:val="clear" w:color="auto" w:fill="EAF2F5"/>
            <w:vAlign w:val="center"/>
          </w:tcPr>
          <w:p w14:paraId="3617C767" w14:textId="4502E539" w:rsidR="00C423A7" w:rsidRPr="00C423A7" w:rsidRDefault="00C423A7" w:rsidP="00C423A7">
            <w:pPr>
              <w:spacing w:before="120" w:after="120"/>
              <w:rPr>
                <w:rFonts w:ascii="Muli" w:hAnsi="Muli"/>
                <w:b/>
                <w:sz w:val="18"/>
                <w:szCs w:val="20"/>
                <w:lang w:val="fr-FR"/>
              </w:rPr>
            </w:pPr>
            <w:r w:rsidRPr="00C423A7">
              <w:rPr>
                <w:rFonts w:ascii="Muli" w:hAnsi="Muli"/>
                <w:b/>
                <w:sz w:val="18"/>
                <w:szCs w:val="20"/>
                <w:lang w:val="fr-FR"/>
              </w:rPr>
              <w:t>Courriel</w:t>
            </w:r>
          </w:p>
        </w:tc>
        <w:tc>
          <w:tcPr>
            <w:tcW w:w="5953" w:type="dxa"/>
            <w:vAlign w:val="center"/>
          </w:tcPr>
          <w:p w14:paraId="494984F9" w14:textId="77777777" w:rsidR="00C423A7" w:rsidRPr="00C423A7" w:rsidRDefault="00C423A7" w:rsidP="00C423A7">
            <w:pPr>
              <w:spacing w:before="120" w:after="120"/>
              <w:rPr>
                <w:rFonts w:ascii="Muli" w:hAnsi="Muli"/>
                <w:sz w:val="20"/>
                <w:szCs w:val="20"/>
                <w:lang w:val="fr-FR"/>
              </w:rPr>
            </w:pPr>
          </w:p>
        </w:tc>
      </w:tr>
    </w:tbl>
    <w:p w14:paraId="0514254C" w14:textId="77777777" w:rsidR="00D17D61" w:rsidRPr="00C423A7" w:rsidRDefault="00D17D61" w:rsidP="00C423A7">
      <w:pPr>
        <w:spacing w:after="0" w:line="240" w:lineRule="auto"/>
        <w:rPr>
          <w:rFonts w:ascii="Muli" w:hAnsi="Muli"/>
          <w:sz w:val="20"/>
          <w:szCs w:val="20"/>
          <w:lang w:val="fr-FR"/>
        </w:rPr>
      </w:pPr>
    </w:p>
    <w:p w14:paraId="70E78875" w14:textId="77777777" w:rsidR="00D17D61" w:rsidRPr="00C423A7" w:rsidRDefault="00000000" w:rsidP="00C423A7">
      <w:pPr>
        <w:pStyle w:val="Titre1"/>
        <w:spacing w:before="0" w:line="240" w:lineRule="auto"/>
        <w:rPr>
          <w:rFonts w:ascii="Muli" w:hAnsi="Muli"/>
          <w:color w:val="008CAA"/>
          <w:sz w:val="24"/>
          <w:szCs w:val="24"/>
          <w:lang w:val="fr-FR"/>
        </w:rPr>
      </w:pPr>
      <w:r w:rsidRPr="00C423A7">
        <w:rPr>
          <w:rFonts w:ascii="Muli" w:hAnsi="Muli"/>
          <w:color w:val="008CAA"/>
          <w:sz w:val="24"/>
          <w:szCs w:val="24"/>
          <w:lang w:val="fr-FR"/>
        </w:rPr>
        <w:t>2. Identification de la proposition</w:t>
      </w:r>
    </w:p>
    <w:tbl>
      <w:tblPr>
        <w:tblStyle w:val="Grilledutableau"/>
        <w:tblW w:w="0" w:type="auto"/>
        <w:jc w:val="center"/>
        <w:tblLook w:val="04A0" w:firstRow="1" w:lastRow="0" w:firstColumn="1" w:lastColumn="0" w:noHBand="0" w:noVBand="1"/>
      </w:tblPr>
      <w:tblGrid>
        <w:gridCol w:w="3402"/>
        <w:gridCol w:w="5953"/>
      </w:tblGrid>
      <w:tr w:rsidR="00D17D61" w:rsidRPr="00C423A7" w14:paraId="2FA684FE" w14:textId="77777777">
        <w:trPr>
          <w:jc w:val="center"/>
        </w:trPr>
        <w:tc>
          <w:tcPr>
            <w:tcW w:w="3402" w:type="dxa"/>
            <w:shd w:val="clear" w:color="auto" w:fill="EAF2F5"/>
            <w:vAlign w:val="center"/>
          </w:tcPr>
          <w:p w14:paraId="7D6AE504" w14:textId="77777777" w:rsidR="00D17D61" w:rsidRPr="00C423A7" w:rsidRDefault="00000000" w:rsidP="00C423A7">
            <w:pPr>
              <w:spacing w:before="120" w:after="120"/>
              <w:rPr>
                <w:rFonts w:ascii="Muli" w:hAnsi="Muli"/>
                <w:sz w:val="20"/>
                <w:szCs w:val="20"/>
                <w:lang w:val="fr-FR"/>
              </w:rPr>
            </w:pPr>
            <w:r w:rsidRPr="00C423A7">
              <w:rPr>
                <w:rFonts w:ascii="Muli" w:hAnsi="Muli"/>
                <w:b/>
                <w:sz w:val="18"/>
                <w:szCs w:val="20"/>
                <w:lang w:val="fr-FR"/>
              </w:rPr>
              <w:t>Titre de la contribution</w:t>
            </w:r>
          </w:p>
        </w:tc>
        <w:tc>
          <w:tcPr>
            <w:tcW w:w="5953" w:type="dxa"/>
            <w:vAlign w:val="center"/>
          </w:tcPr>
          <w:p w14:paraId="08E0B5AE" w14:textId="77777777" w:rsidR="00D17D61" w:rsidRPr="00C423A7" w:rsidRDefault="00D17D61" w:rsidP="00C423A7">
            <w:pPr>
              <w:spacing w:before="120" w:after="120"/>
              <w:rPr>
                <w:rFonts w:ascii="Muli" w:hAnsi="Muli"/>
                <w:sz w:val="20"/>
                <w:szCs w:val="20"/>
                <w:lang w:val="fr-FR"/>
              </w:rPr>
            </w:pPr>
          </w:p>
        </w:tc>
      </w:tr>
      <w:tr w:rsidR="00D17D61" w:rsidRPr="00C423A7" w14:paraId="7DC41ABC" w14:textId="77777777">
        <w:trPr>
          <w:jc w:val="center"/>
        </w:trPr>
        <w:tc>
          <w:tcPr>
            <w:tcW w:w="3402" w:type="dxa"/>
            <w:shd w:val="clear" w:color="auto" w:fill="EAF2F5"/>
            <w:vAlign w:val="center"/>
          </w:tcPr>
          <w:p w14:paraId="2248C144"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Type de contribution</w:t>
            </w:r>
          </w:p>
        </w:tc>
        <w:tc>
          <w:tcPr>
            <w:tcW w:w="5953" w:type="dxa"/>
            <w:vAlign w:val="center"/>
          </w:tcPr>
          <w:p w14:paraId="76E63F7E" w14:textId="3A673FB3" w:rsidR="00C423A7" w:rsidRPr="00C423A7" w:rsidRDefault="00000000" w:rsidP="00C423A7">
            <w:pPr>
              <w:rPr>
                <w:rFonts w:ascii="Muli" w:hAnsi="Muli"/>
                <w:sz w:val="18"/>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Artistique  </w:t>
            </w:r>
            <w:r w:rsid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Culturelle  </w:t>
            </w:r>
            <w:r w:rsid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Sportive  </w:t>
            </w:r>
            <w:r w:rsid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Exp</w:t>
            </w:r>
            <w:r w:rsidRPr="00C423A7">
              <w:rPr>
                <w:rFonts w:ascii="Muli" w:hAnsi="Muli" w:cs="Muli"/>
                <w:sz w:val="18"/>
                <w:szCs w:val="20"/>
                <w:lang w:val="fr-FR"/>
              </w:rPr>
              <w:t>é</w:t>
            </w:r>
            <w:r w:rsidRPr="00C423A7">
              <w:rPr>
                <w:rFonts w:ascii="Muli" w:hAnsi="Muli"/>
                <w:sz w:val="18"/>
                <w:szCs w:val="20"/>
                <w:lang w:val="fr-FR"/>
              </w:rPr>
              <w:t xml:space="preserve">rientielle  </w:t>
            </w:r>
          </w:p>
          <w:p w14:paraId="09469ED8" w14:textId="47DDC5EC" w:rsidR="00C423A7" w:rsidRPr="00C423A7" w:rsidRDefault="00000000" w:rsidP="00C423A7">
            <w:pPr>
              <w:rPr>
                <w:rFonts w:ascii="Muli" w:hAnsi="Muli"/>
                <w:sz w:val="18"/>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T</w:t>
            </w:r>
            <w:r w:rsidRPr="00C423A7">
              <w:rPr>
                <w:rFonts w:ascii="Muli" w:hAnsi="Muli" w:cs="Muli"/>
                <w:sz w:val="18"/>
                <w:szCs w:val="20"/>
                <w:lang w:val="fr-FR"/>
              </w:rPr>
              <w:t>é</w:t>
            </w:r>
            <w:r w:rsidRPr="00C423A7">
              <w:rPr>
                <w:rFonts w:ascii="Muli" w:hAnsi="Muli"/>
                <w:sz w:val="18"/>
                <w:szCs w:val="20"/>
                <w:lang w:val="fr-FR"/>
              </w:rPr>
              <w:t>moignage / d</w:t>
            </w:r>
            <w:r w:rsidRPr="00C423A7">
              <w:rPr>
                <w:rFonts w:ascii="Muli" w:hAnsi="Muli" w:cs="Muli"/>
                <w:sz w:val="18"/>
                <w:szCs w:val="20"/>
                <w:lang w:val="fr-FR"/>
              </w:rPr>
              <w:t>é</w:t>
            </w:r>
            <w:r w:rsidRPr="00C423A7">
              <w:rPr>
                <w:rFonts w:ascii="Muli" w:hAnsi="Muli"/>
                <w:sz w:val="18"/>
                <w:szCs w:val="20"/>
                <w:lang w:val="fr-FR"/>
              </w:rPr>
              <w:t xml:space="preserve">bat </w:t>
            </w:r>
            <w:r w:rsidR="00C423A7">
              <w:rPr>
                <w:rFonts w:ascii="Muli" w:hAnsi="Muli"/>
                <w:sz w:val="18"/>
                <w:szCs w:val="20"/>
                <w:lang w:val="fr-FR"/>
              </w:rPr>
              <w:t xml:space="preserve">      </w:t>
            </w:r>
            <w:r w:rsidRP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Projection / cin</w:t>
            </w:r>
            <w:r w:rsidRPr="00C423A7">
              <w:rPr>
                <w:rFonts w:ascii="Muli" w:hAnsi="Muli" w:cs="Muli"/>
                <w:sz w:val="18"/>
                <w:szCs w:val="20"/>
                <w:lang w:val="fr-FR"/>
              </w:rPr>
              <w:t>é</w:t>
            </w:r>
            <w:r w:rsidRPr="00C423A7">
              <w:rPr>
                <w:rFonts w:ascii="Muli" w:hAnsi="Muli"/>
                <w:sz w:val="18"/>
                <w:szCs w:val="20"/>
                <w:lang w:val="fr-FR"/>
              </w:rPr>
              <w:t>-d</w:t>
            </w:r>
            <w:r w:rsidRPr="00C423A7">
              <w:rPr>
                <w:rFonts w:ascii="Muli" w:hAnsi="Muli" w:cs="Muli"/>
                <w:sz w:val="18"/>
                <w:szCs w:val="20"/>
                <w:lang w:val="fr-FR"/>
              </w:rPr>
              <w:t>é</w:t>
            </w:r>
            <w:r w:rsidRPr="00C423A7">
              <w:rPr>
                <w:rFonts w:ascii="Muli" w:hAnsi="Muli"/>
                <w:sz w:val="18"/>
                <w:szCs w:val="20"/>
                <w:lang w:val="fr-FR"/>
              </w:rPr>
              <w:t xml:space="preserve">bat  </w:t>
            </w:r>
          </w:p>
          <w:p w14:paraId="5C2B21FF" w14:textId="04052A47" w:rsidR="00D17D61" w:rsidRPr="00C423A7" w:rsidRDefault="00000000" w:rsidP="00C423A7">
            <w:pPr>
              <w:rPr>
                <w:rFonts w:ascii="Muli" w:hAnsi="Muli"/>
                <w:sz w:val="20"/>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Atelier participatif  </w:t>
            </w:r>
            <w:r w:rsid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Autre : </w:t>
            </w:r>
          </w:p>
        </w:tc>
      </w:tr>
      <w:tr w:rsidR="00D17D61" w:rsidRPr="00C423A7" w14:paraId="10DD22BF" w14:textId="77777777">
        <w:trPr>
          <w:jc w:val="center"/>
        </w:trPr>
        <w:tc>
          <w:tcPr>
            <w:tcW w:w="3402" w:type="dxa"/>
            <w:shd w:val="clear" w:color="auto" w:fill="EAF2F5"/>
            <w:vAlign w:val="center"/>
          </w:tcPr>
          <w:p w14:paraId="67429C19"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Nature de la proposition</w:t>
            </w:r>
          </w:p>
        </w:tc>
        <w:tc>
          <w:tcPr>
            <w:tcW w:w="5953" w:type="dxa"/>
            <w:vAlign w:val="center"/>
          </w:tcPr>
          <w:p w14:paraId="369D2879" w14:textId="1F83C32B" w:rsidR="00C423A7" w:rsidRDefault="00000000" w:rsidP="00C423A7">
            <w:pPr>
              <w:rPr>
                <w:rFonts w:ascii="Muli" w:hAnsi="Muli"/>
                <w:sz w:val="18"/>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Action / production existante  </w:t>
            </w:r>
            <w:r w:rsid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Projet en cours </w:t>
            </w:r>
          </w:p>
          <w:p w14:paraId="016B6A64" w14:textId="5533930C" w:rsidR="00D17D61" w:rsidRPr="00C423A7" w:rsidRDefault="00000000" w:rsidP="00C423A7">
            <w:pPr>
              <w:rPr>
                <w:rFonts w:ascii="Muli" w:hAnsi="Muli"/>
                <w:sz w:val="20"/>
                <w:szCs w:val="20"/>
                <w:lang w:val="fr-FR"/>
              </w:rPr>
            </w:pPr>
            <w:r w:rsidRP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Cr</w:t>
            </w:r>
            <w:r w:rsidRPr="00C423A7">
              <w:rPr>
                <w:rFonts w:ascii="Muli" w:hAnsi="Muli" w:cs="Muli"/>
                <w:sz w:val="18"/>
                <w:szCs w:val="20"/>
                <w:lang w:val="fr-FR"/>
              </w:rPr>
              <w:t>é</w:t>
            </w:r>
            <w:r w:rsidRPr="00C423A7">
              <w:rPr>
                <w:rFonts w:ascii="Muli" w:hAnsi="Muli"/>
                <w:sz w:val="18"/>
                <w:szCs w:val="20"/>
                <w:lang w:val="fr-FR"/>
              </w:rPr>
              <w:t>ation originale pour le 9 octobre 2027</w:t>
            </w:r>
          </w:p>
        </w:tc>
      </w:tr>
      <w:tr w:rsidR="00D17D61" w:rsidRPr="00C423A7" w14:paraId="19006805" w14:textId="77777777">
        <w:trPr>
          <w:jc w:val="center"/>
        </w:trPr>
        <w:tc>
          <w:tcPr>
            <w:tcW w:w="3402" w:type="dxa"/>
            <w:shd w:val="clear" w:color="auto" w:fill="EAF2F5"/>
            <w:vAlign w:val="center"/>
          </w:tcPr>
          <w:p w14:paraId="0E8AB782"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Proposition portée</w:t>
            </w:r>
          </w:p>
        </w:tc>
        <w:tc>
          <w:tcPr>
            <w:tcW w:w="5953" w:type="dxa"/>
            <w:vAlign w:val="center"/>
          </w:tcPr>
          <w:p w14:paraId="4AAEDF99" w14:textId="7291B26C" w:rsidR="00C423A7" w:rsidRDefault="00000000" w:rsidP="00C423A7">
            <w:pPr>
              <w:rPr>
                <w:rFonts w:ascii="Muli" w:hAnsi="Muli"/>
                <w:sz w:val="18"/>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Par une seule structure  </w:t>
            </w:r>
            <w:r w:rsid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En partenariat  </w:t>
            </w:r>
          </w:p>
          <w:p w14:paraId="7AAEA517" w14:textId="1CE2FA73" w:rsidR="00D17D61" w:rsidRPr="00C423A7" w:rsidRDefault="00000000" w:rsidP="00C423A7">
            <w:pPr>
              <w:rPr>
                <w:rFonts w:ascii="Muli" w:hAnsi="Muli"/>
                <w:sz w:val="20"/>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w:t>
            </w:r>
            <w:r w:rsidRPr="00C423A7">
              <w:rPr>
                <w:rFonts w:ascii="Muli" w:hAnsi="Muli" w:cs="Muli"/>
                <w:sz w:val="18"/>
                <w:szCs w:val="20"/>
                <w:lang w:val="fr-FR"/>
              </w:rPr>
              <w:t>À</w:t>
            </w:r>
            <w:r w:rsidRPr="00C423A7">
              <w:rPr>
                <w:rFonts w:ascii="Muli" w:hAnsi="Muli"/>
                <w:sz w:val="18"/>
                <w:szCs w:val="20"/>
                <w:lang w:val="fr-FR"/>
              </w:rPr>
              <w:t xml:space="preserve"> construire avec d</w:t>
            </w:r>
            <w:r w:rsidRPr="00C423A7">
              <w:rPr>
                <w:rFonts w:ascii="Muli" w:hAnsi="Muli" w:cs="Muli"/>
                <w:sz w:val="18"/>
                <w:szCs w:val="20"/>
                <w:lang w:val="fr-FR"/>
              </w:rPr>
              <w:t>’</w:t>
            </w:r>
            <w:r w:rsidRPr="00C423A7">
              <w:rPr>
                <w:rFonts w:ascii="Muli" w:hAnsi="Muli"/>
                <w:sz w:val="18"/>
                <w:szCs w:val="20"/>
                <w:lang w:val="fr-FR"/>
              </w:rPr>
              <w:t>autres</w:t>
            </w:r>
          </w:p>
        </w:tc>
      </w:tr>
    </w:tbl>
    <w:p w14:paraId="3FA33F0A" w14:textId="77777777" w:rsidR="00D17D61" w:rsidRPr="00C423A7" w:rsidRDefault="00D17D61" w:rsidP="00C423A7">
      <w:pPr>
        <w:spacing w:after="0" w:line="240" w:lineRule="auto"/>
        <w:rPr>
          <w:rFonts w:ascii="Muli" w:hAnsi="Muli"/>
          <w:sz w:val="20"/>
          <w:szCs w:val="20"/>
          <w:lang w:val="fr-FR"/>
        </w:rPr>
      </w:pPr>
    </w:p>
    <w:p w14:paraId="74B63773" w14:textId="77777777" w:rsidR="00D17D61" w:rsidRPr="00C423A7" w:rsidRDefault="00000000" w:rsidP="00C423A7">
      <w:pPr>
        <w:pStyle w:val="Titre1"/>
        <w:spacing w:before="0" w:line="240" w:lineRule="auto"/>
        <w:rPr>
          <w:rFonts w:ascii="Muli" w:hAnsi="Muli"/>
          <w:color w:val="008CAA"/>
          <w:sz w:val="24"/>
          <w:szCs w:val="24"/>
          <w:lang w:val="fr-FR"/>
        </w:rPr>
      </w:pPr>
      <w:r w:rsidRPr="00C423A7">
        <w:rPr>
          <w:rFonts w:ascii="Muli" w:hAnsi="Muli"/>
          <w:color w:val="008CAA"/>
          <w:sz w:val="24"/>
          <w:szCs w:val="24"/>
          <w:lang w:val="fr-FR"/>
        </w:rPr>
        <w:t>3. Description synthétique</w:t>
      </w:r>
    </w:p>
    <w:p w14:paraId="0D7A284C" w14:textId="77777777" w:rsidR="00D17D61" w:rsidRPr="00C423A7" w:rsidRDefault="00000000" w:rsidP="00C423A7">
      <w:pPr>
        <w:spacing w:after="0" w:line="240" w:lineRule="auto"/>
        <w:rPr>
          <w:rFonts w:ascii="Muli" w:hAnsi="Muli"/>
          <w:color w:val="008CAA"/>
          <w:sz w:val="20"/>
          <w:szCs w:val="20"/>
          <w:lang w:val="fr-FR"/>
        </w:rPr>
      </w:pPr>
      <w:r w:rsidRPr="00C423A7">
        <w:rPr>
          <w:rFonts w:ascii="Muli" w:hAnsi="Muli"/>
          <w:b/>
          <w:color w:val="008CAA"/>
          <w:sz w:val="20"/>
          <w:szCs w:val="20"/>
          <w:lang w:val="fr-FR"/>
        </w:rPr>
        <w:t>Décrivez la contribution en quelques lignes (intention, contenu, format, message porté) :</w:t>
      </w:r>
    </w:p>
    <w:tbl>
      <w:tblPr>
        <w:tblStyle w:val="Grilledutableau"/>
        <w:tblW w:w="0" w:type="auto"/>
        <w:jc w:val="center"/>
        <w:tblLook w:val="04A0" w:firstRow="1" w:lastRow="0" w:firstColumn="1" w:lastColumn="0" w:noHBand="0" w:noVBand="1"/>
      </w:tblPr>
      <w:tblGrid>
        <w:gridCol w:w="9962"/>
      </w:tblGrid>
      <w:tr w:rsidR="00D17D61" w:rsidRPr="00C423A7" w14:paraId="23BFD440" w14:textId="77777777">
        <w:trPr>
          <w:jc w:val="center"/>
        </w:trPr>
        <w:tc>
          <w:tcPr>
            <w:tcW w:w="9972" w:type="dxa"/>
          </w:tcPr>
          <w:p w14:paraId="2268A648" w14:textId="77777777" w:rsidR="00D17D61" w:rsidRPr="00C423A7" w:rsidRDefault="00D17D61" w:rsidP="00C423A7">
            <w:pPr>
              <w:rPr>
                <w:rFonts w:ascii="Muli" w:hAnsi="Muli"/>
                <w:sz w:val="20"/>
                <w:szCs w:val="20"/>
                <w:lang w:val="fr-FR"/>
              </w:rPr>
            </w:pPr>
          </w:p>
        </w:tc>
      </w:tr>
    </w:tbl>
    <w:p w14:paraId="113E68A7" w14:textId="77777777" w:rsidR="00D17D61" w:rsidRPr="00C423A7" w:rsidRDefault="00D17D61" w:rsidP="00C423A7">
      <w:pPr>
        <w:spacing w:after="0" w:line="240" w:lineRule="auto"/>
        <w:rPr>
          <w:rFonts w:ascii="Muli" w:hAnsi="Muli"/>
          <w:sz w:val="20"/>
          <w:szCs w:val="20"/>
          <w:lang w:val="fr-FR"/>
        </w:rPr>
      </w:pPr>
    </w:p>
    <w:p w14:paraId="22419A7F" w14:textId="77777777" w:rsidR="00D17D61" w:rsidRPr="00C423A7" w:rsidRDefault="00000000" w:rsidP="00C423A7">
      <w:pPr>
        <w:spacing w:after="0" w:line="240" w:lineRule="auto"/>
        <w:rPr>
          <w:rFonts w:ascii="Muli" w:hAnsi="Muli"/>
          <w:color w:val="008CAA"/>
          <w:sz w:val="20"/>
          <w:szCs w:val="20"/>
          <w:lang w:val="fr-FR"/>
        </w:rPr>
      </w:pPr>
      <w:r w:rsidRPr="00C423A7">
        <w:rPr>
          <w:rFonts w:ascii="Muli" w:hAnsi="Muli"/>
          <w:b/>
          <w:color w:val="008CAA"/>
          <w:sz w:val="20"/>
          <w:szCs w:val="20"/>
          <w:lang w:val="fr-FR"/>
        </w:rPr>
        <w:t>En quoi cette proposition est-elle en lien avec l’esprit du Village des Solidarités ?</w:t>
      </w:r>
    </w:p>
    <w:tbl>
      <w:tblPr>
        <w:tblStyle w:val="Grilledutableau"/>
        <w:tblW w:w="0" w:type="auto"/>
        <w:jc w:val="center"/>
        <w:tblLook w:val="04A0" w:firstRow="1" w:lastRow="0" w:firstColumn="1" w:lastColumn="0" w:noHBand="0" w:noVBand="1"/>
      </w:tblPr>
      <w:tblGrid>
        <w:gridCol w:w="9962"/>
      </w:tblGrid>
      <w:tr w:rsidR="00D17D61" w:rsidRPr="00C423A7" w14:paraId="6A587B63" w14:textId="77777777">
        <w:trPr>
          <w:jc w:val="center"/>
        </w:trPr>
        <w:tc>
          <w:tcPr>
            <w:tcW w:w="9972" w:type="dxa"/>
          </w:tcPr>
          <w:p w14:paraId="49D0CD15" w14:textId="77777777" w:rsidR="00D17D61" w:rsidRPr="00C423A7" w:rsidRDefault="00D17D61" w:rsidP="00C423A7">
            <w:pPr>
              <w:rPr>
                <w:rFonts w:ascii="Muli" w:hAnsi="Muli"/>
                <w:sz w:val="20"/>
                <w:szCs w:val="20"/>
                <w:lang w:val="fr-FR"/>
              </w:rPr>
            </w:pPr>
          </w:p>
        </w:tc>
      </w:tr>
    </w:tbl>
    <w:p w14:paraId="5F828038" w14:textId="77777777" w:rsidR="00D17D61" w:rsidRPr="00C423A7" w:rsidRDefault="00D17D61" w:rsidP="00C423A7">
      <w:pPr>
        <w:spacing w:after="0" w:line="240" w:lineRule="auto"/>
        <w:rPr>
          <w:rFonts w:ascii="Muli" w:hAnsi="Muli"/>
          <w:sz w:val="20"/>
          <w:szCs w:val="20"/>
          <w:lang w:val="fr-FR"/>
        </w:rPr>
      </w:pPr>
    </w:p>
    <w:p w14:paraId="2C7DDCD4" w14:textId="77777777" w:rsidR="00D17D61" w:rsidRPr="00C423A7" w:rsidRDefault="00000000" w:rsidP="00C423A7">
      <w:pPr>
        <w:pStyle w:val="Titre1"/>
        <w:spacing w:before="0" w:line="240" w:lineRule="auto"/>
        <w:rPr>
          <w:rFonts w:ascii="Muli" w:hAnsi="Muli"/>
          <w:color w:val="008CAA"/>
          <w:sz w:val="24"/>
          <w:szCs w:val="24"/>
          <w:lang w:val="fr-FR"/>
        </w:rPr>
      </w:pPr>
      <w:r w:rsidRPr="00C423A7">
        <w:rPr>
          <w:rFonts w:ascii="Muli" w:hAnsi="Muli"/>
          <w:color w:val="008CAA"/>
          <w:sz w:val="24"/>
          <w:szCs w:val="24"/>
          <w:lang w:val="fr-FR"/>
        </w:rPr>
        <w:t>4. Publics et personnes impliquées</w:t>
      </w:r>
    </w:p>
    <w:tbl>
      <w:tblPr>
        <w:tblStyle w:val="Grilledutableau"/>
        <w:tblW w:w="0" w:type="auto"/>
        <w:jc w:val="center"/>
        <w:tblLook w:val="04A0" w:firstRow="1" w:lastRow="0" w:firstColumn="1" w:lastColumn="0" w:noHBand="0" w:noVBand="1"/>
      </w:tblPr>
      <w:tblGrid>
        <w:gridCol w:w="3402"/>
        <w:gridCol w:w="5953"/>
      </w:tblGrid>
      <w:tr w:rsidR="00D17D61" w:rsidRPr="00C423A7" w14:paraId="2ADFCD9A" w14:textId="77777777">
        <w:trPr>
          <w:jc w:val="center"/>
        </w:trPr>
        <w:tc>
          <w:tcPr>
            <w:tcW w:w="3402" w:type="dxa"/>
            <w:shd w:val="clear" w:color="auto" w:fill="EAF2F5"/>
            <w:vAlign w:val="center"/>
          </w:tcPr>
          <w:p w14:paraId="738D8DD9"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Public(s) concerné(s)</w:t>
            </w:r>
          </w:p>
        </w:tc>
        <w:tc>
          <w:tcPr>
            <w:tcW w:w="5953" w:type="dxa"/>
            <w:vAlign w:val="center"/>
          </w:tcPr>
          <w:p w14:paraId="1887C00F" w14:textId="77777777" w:rsidR="00D17D61" w:rsidRPr="00C423A7" w:rsidRDefault="00000000" w:rsidP="00C423A7">
            <w:pPr>
              <w:rPr>
                <w:rFonts w:ascii="Muli" w:hAnsi="Muli"/>
                <w:sz w:val="20"/>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Grand public  </w:t>
            </w:r>
            <w:r w:rsidRPr="00C423A7">
              <w:rPr>
                <w:rFonts w:ascii="Segoe UI Symbol" w:hAnsi="Segoe UI Symbol" w:cs="Segoe UI Symbol"/>
                <w:sz w:val="18"/>
                <w:szCs w:val="20"/>
                <w:lang w:val="fr-FR"/>
              </w:rPr>
              <w:t>☐</w:t>
            </w:r>
            <w:r w:rsidRPr="00C423A7">
              <w:rPr>
                <w:rFonts w:ascii="Muli" w:hAnsi="Muli"/>
                <w:sz w:val="18"/>
                <w:szCs w:val="20"/>
                <w:lang w:val="fr-FR"/>
              </w:rPr>
              <w:t xml:space="preserve"> Enfants  </w:t>
            </w:r>
            <w:r w:rsidRPr="00C423A7">
              <w:rPr>
                <w:rFonts w:ascii="Segoe UI Symbol" w:hAnsi="Segoe UI Symbol" w:cs="Segoe UI Symbol"/>
                <w:sz w:val="18"/>
                <w:szCs w:val="20"/>
                <w:lang w:val="fr-FR"/>
              </w:rPr>
              <w:t>☐</w:t>
            </w:r>
            <w:r w:rsidRPr="00C423A7">
              <w:rPr>
                <w:rFonts w:ascii="Muli" w:hAnsi="Muli"/>
                <w:sz w:val="18"/>
                <w:szCs w:val="20"/>
                <w:lang w:val="fr-FR"/>
              </w:rPr>
              <w:t xml:space="preserve"> Jeunes  </w:t>
            </w:r>
            <w:r w:rsidRPr="00C423A7">
              <w:rPr>
                <w:rFonts w:ascii="Segoe UI Symbol" w:hAnsi="Segoe UI Symbol" w:cs="Segoe UI Symbol"/>
                <w:sz w:val="18"/>
                <w:szCs w:val="20"/>
                <w:lang w:val="fr-FR"/>
              </w:rPr>
              <w:t>☐</w:t>
            </w:r>
            <w:r w:rsidRPr="00C423A7">
              <w:rPr>
                <w:rFonts w:ascii="Muli" w:hAnsi="Muli"/>
                <w:sz w:val="18"/>
                <w:szCs w:val="20"/>
                <w:lang w:val="fr-FR"/>
              </w:rPr>
              <w:t xml:space="preserve"> Adultes  </w:t>
            </w:r>
            <w:r w:rsidRPr="00C423A7">
              <w:rPr>
                <w:rFonts w:ascii="Segoe UI Symbol" w:hAnsi="Segoe UI Symbol" w:cs="Segoe UI Symbol"/>
                <w:sz w:val="18"/>
                <w:szCs w:val="20"/>
                <w:lang w:val="fr-FR"/>
              </w:rPr>
              <w:t>☐</w:t>
            </w:r>
            <w:r w:rsidRPr="00C423A7">
              <w:rPr>
                <w:rFonts w:ascii="Muli" w:hAnsi="Muli"/>
                <w:sz w:val="18"/>
                <w:szCs w:val="20"/>
                <w:lang w:val="fr-FR"/>
              </w:rPr>
              <w:t xml:space="preserve"> Personnes </w:t>
            </w:r>
            <w:r w:rsidRPr="00C423A7">
              <w:rPr>
                <w:rFonts w:ascii="Muli" w:hAnsi="Muli" w:cs="Muli"/>
                <w:sz w:val="18"/>
                <w:szCs w:val="20"/>
                <w:lang w:val="fr-FR"/>
              </w:rPr>
              <w:t>â</w:t>
            </w:r>
            <w:r w:rsidRPr="00C423A7">
              <w:rPr>
                <w:rFonts w:ascii="Muli" w:hAnsi="Muli"/>
                <w:sz w:val="18"/>
                <w:szCs w:val="20"/>
                <w:lang w:val="fr-FR"/>
              </w:rPr>
              <w:t>g</w:t>
            </w:r>
            <w:r w:rsidRPr="00C423A7">
              <w:rPr>
                <w:rFonts w:ascii="Muli" w:hAnsi="Muli" w:cs="Muli"/>
                <w:sz w:val="18"/>
                <w:szCs w:val="20"/>
                <w:lang w:val="fr-FR"/>
              </w:rPr>
              <w:t>é</w:t>
            </w:r>
            <w:r w:rsidRPr="00C423A7">
              <w:rPr>
                <w:rFonts w:ascii="Muli" w:hAnsi="Muli"/>
                <w:sz w:val="18"/>
                <w:szCs w:val="20"/>
                <w:lang w:val="fr-FR"/>
              </w:rPr>
              <w:t xml:space="preserve">es  </w:t>
            </w:r>
            <w:r w:rsidRPr="00C423A7">
              <w:rPr>
                <w:rFonts w:ascii="Segoe UI Symbol" w:hAnsi="Segoe UI Symbol" w:cs="Segoe UI Symbol"/>
                <w:sz w:val="18"/>
                <w:szCs w:val="20"/>
                <w:lang w:val="fr-FR"/>
              </w:rPr>
              <w:t>☐</w:t>
            </w:r>
            <w:r w:rsidRPr="00C423A7">
              <w:rPr>
                <w:rFonts w:ascii="Muli" w:hAnsi="Muli"/>
                <w:sz w:val="18"/>
                <w:szCs w:val="20"/>
                <w:lang w:val="fr-FR"/>
              </w:rPr>
              <w:t xml:space="preserve"> Familles  </w:t>
            </w:r>
            <w:r w:rsidRPr="00C423A7">
              <w:rPr>
                <w:rFonts w:ascii="Segoe UI Symbol" w:hAnsi="Segoe UI Symbol" w:cs="Segoe UI Symbol"/>
                <w:sz w:val="18"/>
                <w:szCs w:val="20"/>
                <w:lang w:val="fr-FR"/>
              </w:rPr>
              <w:t>☐</w:t>
            </w:r>
            <w:r w:rsidRPr="00C423A7">
              <w:rPr>
                <w:rFonts w:ascii="Muli" w:hAnsi="Muli"/>
                <w:sz w:val="18"/>
                <w:szCs w:val="20"/>
                <w:lang w:val="fr-FR"/>
              </w:rPr>
              <w:t xml:space="preserve"> </w:t>
            </w:r>
            <w:proofErr w:type="spellStart"/>
            <w:r w:rsidRPr="00C423A7">
              <w:rPr>
                <w:rFonts w:ascii="Muli" w:hAnsi="Muli"/>
                <w:sz w:val="18"/>
                <w:szCs w:val="20"/>
                <w:lang w:val="fr-FR"/>
              </w:rPr>
              <w:t>Professionnel</w:t>
            </w:r>
            <w:r w:rsidRPr="00C423A7">
              <w:rPr>
                <w:rFonts w:ascii="Muli" w:hAnsi="Muli" w:cs="Muli"/>
                <w:sz w:val="18"/>
                <w:szCs w:val="20"/>
                <w:lang w:val="fr-FR"/>
              </w:rPr>
              <w:t>·</w:t>
            </w:r>
            <w:r w:rsidRPr="00C423A7">
              <w:rPr>
                <w:rFonts w:ascii="Muli" w:hAnsi="Muli"/>
                <w:sz w:val="18"/>
                <w:szCs w:val="20"/>
                <w:lang w:val="fr-FR"/>
              </w:rPr>
              <w:t>les</w:t>
            </w:r>
            <w:proofErr w:type="spellEnd"/>
            <w:r w:rsidRP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Autre : </w:t>
            </w:r>
          </w:p>
        </w:tc>
      </w:tr>
      <w:tr w:rsidR="00D17D61" w:rsidRPr="00C423A7" w14:paraId="1BCB6A6B" w14:textId="77777777">
        <w:trPr>
          <w:jc w:val="center"/>
        </w:trPr>
        <w:tc>
          <w:tcPr>
            <w:tcW w:w="3402" w:type="dxa"/>
            <w:shd w:val="clear" w:color="auto" w:fill="EAF2F5"/>
            <w:vAlign w:val="center"/>
          </w:tcPr>
          <w:p w14:paraId="66DF51BA" w14:textId="2CC6D72A" w:rsidR="00D17D61" w:rsidRPr="00C423A7" w:rsidRDefault="00000000" w:rsidP="00C423A7">
            <w:pPr>
              <w:rPr>
                <w:rFonts w:ascii="Muli" w:hAnsi="Muli"/>
                <w:sz w:val="20"/>
                <w:szCs w:val="20"/>
                <w:lang w:val="fr-FR"/>
              </w:rPr>
            </w:pPr>
            <w:r w:rsidRPr="00C423A7">
              <w:rPr>
                <w:rFonts w:ascii="Muli" w:hAnsi="Muli"/>
                <w:b/>
                <w:sz w:val="18"/>
                <w:szCs w:val="20"/>
                <w:lang w:val="fr-FR"/>
              </w:rPr>
              <w:t>Qui participe à la</w:t>
            </w:r>
            <w:r w:rsidR="00C423A7" w:rsidRPr="00C423A7">
              <w:rPr>
                <w:rFonts w:ascii="Muli" w:hAnsi="Muli"/>
                <w:b/>
                <w:sz w:val="18"/>
                <w:szCs w:val="20"/>
                <w:lang w:val="fr-FR"/>
              </w:rPr>
              <w:t xml:space="preserve"> mise en œuvre de la</w:t>
            </w:r>
            <w:r w:rsidRPr="00C423A7">
              <w:rPr>
                <w:rFonts w:ascii="Muli" w:hAnsi="Muli"/>
                <w:b/>
                <w:sz w:val="18"/>
                <w:szCs w:val="20"/>
                <w:lang w:val="fr-FR"/>
              </w:rPr>
              <w:t xml:space="preserve"> proposition ?</w:t>
            </w:r>
          </w:p>
        </w:tc>
        <w:tc>
          <w:tcPr>
            <w:tcW w:w="5953" w:type="dxa"/>
            <w:vAlign w:val="center"/>
          </w:tcPr>
          <w:p w14:paraId="204F4309" w14:textId="77777777" w:rsidR="00D17D61" w:rsidRPr="00C423A7" w:rsidRDefault="00D17D61" w:rsidP="00C423A7">
            <w:pPr>
              <w:rPr>
                <w:rFonts w:ascii="Muli" w:hAnsi="Muli"/>
                <w:sz w:val="20"/>
                <w:szCs w:val="20"/>
                <w:lang w:val="fr-FR"/>
              </w:rPr>
            </w:pPr>
          </w:p>
        </w:tc>
      </w:tr>
      <w:tr w:rsidR="00D17D61" w:rsidRPr="00C423A7" w14:paraId="17084861" w14:textId="77777777">
        <w:trPr>
          <w:jc w:val="center"/>
        </w:trPr>
        <w:tc>
          <w:tcPr>
            <w:tcW w:w="3402" w:type="dxa"/>
            <w:shd w:val="clear" w:color="auto" w:fill="EAF2F5"/>
            <w:vAlign w:val="center"/>
          </w:tcPr>
          <w:p w14:paraId="65BE3C8C"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Présence de plusieurs générations</w:t>
            </w:r>
          </w:p>
        </w:tc>
        <w:tc>
          <w:tcPr>
            <w:tcW w:w="5953" w:type="dxa"/>
            <w:vAlign w:val="center"/>
          </w:tcPr>
          <w:p w14:paraId="4E25B11B" w14:textId="77777777" w:rsidR="00D17D61" w:rsidRPr="00C423A7" w:rsidRDefault="00000000" w:rsidP="00C423A7">
            <w:pPr>
              <w:rPr>
                <w:rFonts w:ascii="Muli" w:hAnsi="Muli"/>
                <w:sz w:val="20"/>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Oui  </w:t>
            </w:r>
            <w:r w:rsidRPr="00C423A7">
              <w:rPr>
                <w:rFonts w:ascii="Segoe UI Symbol" w:hAnsi="Segoe UI Symbol" w:cs="Segoe UI Symbol"/>
                <w:sz w:val="18"/>
                <w:szCs w:val="20"/>
                <w:lang w:val="fr-FR"/>
              </w:rPr>
              <w:t>☐</w:t>
            </w:r>
            <w:r w:rsidRPr="00C423A7">
              <w:rPr>
                <w:rFonts w:ascii="Muli" w:hAnsi="Muli"/>
                <w:sz w:val="18"/>
                <w:szCs w:val="20"/>
                <w:lang w:val="fr-FR"/>
              </w:rPr>
              <w:t xml:space="preserve"> Non  </w:t>
            </w:r>
            <w:r w:rsidRPr="00C423A7">
              <w:rPr>
                <w:rFonts w:ascii="Segoe UI Symbol" w:hAnsi="Segoe UI Symbol" w:cs="Segoe UI Symbol"/>
                <w:sz w:val="18"/>
                <w:szCs w:val="20"/>
                <w:lang w:val="fr-FR"/>
              </w:rPr>
              <w:t>☐</w:t>
            </w:r>
            <w:r w:rsidRPr="00C423A7">
              <w:rPr>
                <w:rFonts w:ascii="Muli" w:hAnsi="Muli"/>
                <w:sz w:val="18"/>
                <w:szCs w:val="20"/>
                <w:lang w:val="fr-FR"/>
              </w:rPr>
              <w:t xml:space="preserve"> </w:t>
            </w:r>
            <w:r w:rsidRPr="00C423A7">
              <w:rPr>
                <w:rFonts w:ascii="Muli" w:hAnsi="Muli" w:cs="Muli"/>
                <w:sz w:val="18"/>
                <w:szCs w:val="20"/>
                <w:lang w:val="fr-FR"/>
              </w:rPr>
              <w:t>À</w:t>
            </w:r>
            <w:r w:rsidRPr="00C423A7">
              <w:rPr>
                <w:rFonts w:ascii="Muli" w:hAnsi="Muli"/>
                <w:sz w:val="18"/>
                <w:szCs w:val="20"/>
                <w:lang w:val="fr-FR"/>
              </w:rPr>
              <w:t xml:space="preserve"> construire</w:t>
            </w:r>
          </w:p>
        </w:tc>
      </w:tr>
      <w:tr w:rsidR="00D17D61" w:rsidRPr="00C423A7" w14:paraId="742CC3A4" w14:textId="77777777">
        <w:trPr>
          <w:jc w:val="center"/>
        </w:trPr>
        <w:tc>
          <w:tcPr>
            <w:tcW w:w="3402" w:type="dxa"/>
            <w:shd w:val="clear" w:color="auto" w:fill="EAF2F5"/>
            <w:vAlign w:val="center"/>
          </w:tcPr>
          <w:p w14:paraId="33CD7679"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Participation de personnes accompagnées</w:t>
            </w:r>
          </w:p>
        </w:tc>
        <w:tc>
          <w:tcPr>
            <w:tcW w:w="5953" w:type="dxa"/>
            <w:vAlign w:val="center"/>
          </w:tcPr>
          <w:p w14:paraId="6C46D380" w14:textId="77777777" w:rsidR="00D17D61" w:rsidRPr="00C423A7" w:rsidRDefault="00000000" w:rsidP="00C423A7">
            <w:pPr>
              <w:rPr>
                <w:rFonts w:ascii="Muli" w:hAnsi="Muli"/>
                <w:sz w:val="20"/>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Oui  </w:t>
            </w:r>
            <w:r w:rsidRPr="00C423A7">
              <w:rPr>
                <w:rFonts w:ascii="Segoe UI Symbol" w:hAnsi="Segoe UI Symbol" w:cs="Segoe UI Symbol"/>
                <w:sz w:val="18"/>
                <w:szCs w:val="20"/>
                <w:lang w:val="fr-FR"/>
              </w:rPr>
              <w:t>☐</w:t>
            </w:r>
            <w:r w:rsidRPr="00C423A7">
              <w:rPr>
                <w:rFonts w:ascii="Muli" w:hAnsi="Muli"/>
                <w:sz w:val="18"/>
                <w:szCs w:val="20"/>
                <w:lang w:val="fr-FR"/>
              </w:rPr>
              <w:t xml:space="preserve"> Non  </w:t>
            </w:r>
            <w:r w:rsidRPr="00C423A7">
              <w:rPr>
                <w:rFonts w:ascii="Segoe UI Symbol" w:hAnsi="Segoe UI Symbol" w:cs="Segoe UI Symbol"/>
                <w:sz w:val="18"/>
                <w:szCs w:val="20"/>
                <w:lang w:val="fr-FR"/>
              </w:rPr>
              <w:t>☐</w:t>
            </w:r>
            <w:r w:rsidRPr="00C423A7">
              <w:rPr>
                <w:rFonts w:ascii="Muli" w:hAnsi="Muli"/>
                <w:sz w:val="18"/>
                <w:szCs w:val="20"/>
                <w:lang w:val="fr-FR"/>
              </w:rPr>
              <w:t xml:space="preserve"> </w:t>
            </w:r>
            <w:r w:rsidRPr="00C423A7">
              <w:rPr>
                <w:rFonts w:ascii="Muli" w:hAnsi="Muli" w:cs="Muli"/>
                <w:sz w:val="18"/>
                <w:szCs w:val="20"/>
                <w:lang w:val="fr-FR"/>
              </w:rPr>
              <w:t>À</w:t>
            </w:r>
            <w:r w:rsidRPr="00C423A7">
              <w:rPr>
                <w:rFonts w:ascii="Muli" w:hAnsi="Muli"/>
                <w:sz w:val="18"/>
                <w:szCs w:val="20"/>
                <w:lang w:val="fr-FR"/>
              </w:rPr>
              <w:t xml:space="preserve"> pr</w:t>
            </w:r>
            <w:r w:rsidRPr="00C423A7">
              <w:rPr>
                <w:rFonts w:ascii="Muli" w:hAnsi="Muli" w:cs="Muli"/>
                <w:sz w:val="18"/>
                <w:szCs w:val="20"/>
                <w:lang w:val="fr-FR"/>
              </w:rPr>
              <w:t>é</w:t>
            </w:r>
            <w:r w:rsidRPr="00C423A7">
              <w:rPr>
                <w:rFonts w:ascii="Muli" w:hAnsi="Muli"/>
                <w:sz w:val="18"/>
                <w:szCs w:val="20"/>
                <w:lang w:val="fr-FR"/>
              </w:rPr>
              <w:t>ciser</w:t>
            </w:r>
          </w:p>
        </w:tc>
      </w:tr>
      <w:tr w:rsidR="00D17D61" w:rsidRPr="00C423A7" w14:paraId="77163AF9" w14:textId="77777777">
        <w:trPr>
          <w:jc w:val="center"/>
        </w:trPr>
        <w:tc>
          <w:tcPr>
            <w:tcW w:w="3402" w:type="dxa"/>
            <w:shd w:val="clear" w:color="auto" w:fill="EAF2F5"/>
            <w:vAlign w:val="center"/>
          </w:tcPr>
          <w:p w14:paraId="745A6B61"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 xml:space="preserve">Nombre estimé de </w:t>
            </w:r>
            <w:proofErr w:type="spellStart"/>
            <w:r w:rsidRPr="00C423A7">
              <w:rPr>
                <w:rFonts w:ascii="Muli" w:hAnsi="Muli"/>
                <w:b/>
                <w:sz w:val="18"/>
                <w:szCs w:val="20"/>
                <w:lang w:val="fr-FR"/>
              </w:rPr>
              <w:t>participant·es</w:t>
            </w:r>
            <w:proofErr w:type="spellEnd"/>
            <w:r w:rsidRPr="00C423A7">
              <w:rPr>
                <w:rFonts w:ascii="Muli" w:hAnsi="Muli"/>
                <w:b/>
                <w:sz w:val="18"/>
                <w:szCs w:val="20"/>
                <w:lang w:val="fr-FR"/>
              </w:rPr>
              <w:t xml:space="preserve"> </w:t>
            </w:r>
            <w:proofErr w:type="spellStart"/>
            <w:r w:rsidRPr="00C423A7">
              <w:rPr>
                <w:rFonts w:ascii="Muli" w:hAnsi="Muli"/>
                <w:b/>
                <w:sz w:val="18"/>
                <w:szCs w:val="20"/>
                <w:lang w:val="fr-FR"/>
              </w:rPr>
              <w:t>mobilisé·es</w:t>
            </w:r>
            <w:proofErr w:type="spellEnd"/>
          </w:p>
        </w:tc>
        <w:tc>
          <w:tcPr>
            <w:tcW w:w="5953" w:type="dxa"/>
            <w:vAlign w:val="center"/>
          </w:tcPr>
          <w:p w14:paraId="4BD64B5E" w14:textId="77777777" w:rsidR="00D17D61" w:rsidRPr="00C423A7" w:rsidRDefault="00D17D61" w:rsidP="00C423A7">
            <w:pPr>
              <w:rPr>
                <w:rFonts w:ascii="Muli" w:hAnsi="Muli"/>
                <w:sz w:val="20"/>
                <w:szCs w:val="20"/>
                <w:lang w:val="fr-FR"/>
              </w:rPr>
            </w:pPr>
          </w:p>
        </w:tc>
      </w:tr>
    </w:tbl>
    <w:p w14:paraId="2AE15CE4" w14:textId="77777777" w:rsidR="00D17D61" w:rsidRPr="00C423A7" w:rsidRDefault="00D17D61" w:rsidP="00C423A7">
      <w:pPr>
        <w:spacing w:after="0" w:line="240" w:lineRule="auto"/>
        <w:rPr>
          <w:rFonts w:ascii="Muli" w:hAnsi="Muli"/>
          <w:sz w:val="20"/>
          <w:szCs w:val="20"/>
          <w:lang w:val="fr-FR"/>
        </w:rPr>
      </w:pPr>
    </w:p>
    <w:p w14:paraId="22B5692D" w14:textId="77777777" w:rsidR="00D17D61" w:rsidRPr="00C423A7" w:rsidRDefault="00000000" w:rsidP="00C423A7">
      <w:pPr>
        <w:pStyle w:val="Titre1"/>
        <w:spacing w:before="0" w:line="240" w:lineRule="auto"/>
        <w:rPr>
          <w:rFonts w:ascii="Muli" w:hAnsi="Muli"/>
          <w:color w:val="008CAA"/>
          <w:sz w:val="24"/>
          <w:szCs w:val="24"/>
          <w:lang w:val="fr-FR"/>
        </w:rPr>
      </w:pPr>
      <w:r w:rsidRPr="00C423A7">
        <w:rPr>
          <w:rFonts w:ascii="Muli" w:hAnsi="Muli"/>
          <w:color w:val="008CAA"/>
          <w:sz w:val="24"/>
          <w:szCs w:val="24"/>
          <w:lang w:val="fr-FR"/>
        </w:rPr>
        <w:lastRenderedPageBreak/>
        <w:t>5. Format de présentation le jour J</w:t>
      </w:r>
    </w:p>
    <w:tbl>
      <w:tblPr>
        <w:tblStyle w:val="Grilledutableau"/>
        <w:tblW w:w="0" w:type="auto"/>
        <w:jc w:val="center"/>
        <w:tblLook w:val="04A0" w:firstRow="1" w:lastRow="0" w:firstColumn="1" w:lastColumn="0" w:noHBand="0" w:noVBand="1"/>
      </w:tblPr>
      <w:tblGrid>
        <w:gridCol w:w="3402"/>
        <w:gridCol w:w="5953"/>
      </w:tblGrid>
      <w:tr w:rsidR="00D17D61" w:rsidRPr="00C423A7" w14:paraId="5ADFB2A9" w14:textId="77777777">
        <w:trPr>
          <w:jc w:val="center"/>
        </w:trPr>
        <w:tc>
          <w:tcPr>
            <w:tcW w:w="3402" w:type="dxa"/>
            <w:shd w:val="clear" w:color="auto" w:fill="EAF2F5"/>
            <w:vAlign w:val="center"/>
          </w:tcPr>
          <w:p w14:paraId="2490AEBA"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Format envisagé</w:t>
            </w:r>
          </w:p>
        </w:tc>
        <w:tc>
          <w:tcPr>
            <w:tcW w:w="5953" w:type="dxa"/>
            <w:vAlign w:val="center"/>
          </w:tcPr>
          <w:p w14:paraId="50214907" w14:textId="77777777" w:rsidR="002962C9" w:rsidRDefault="00000000" w:rsidP="00C423A7">
            <w:pPr>
              <w:rPr>
                <w:rFonts w:ascii="Muli" w:hAnsi="Muli"/>
                <w:sz w:val="18"/>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Scène / représentation  </w:t>
            </w:r>
            <w:r w:rsidRPr="00C423A7">
              <w:rPr>
                <w:rFonts w:ascii="Segoe UI Symbol" w:hAnsi="Segoe UI Symbol" w:cs="Segoe UI Symbol"/>
                <w:sz w:val="18"/>
                <w:szCs w:val="20"/>
                <w:lang w:val="fr-FR"/>
              </w:rPr>
              <w:t>☐</w:t>
            </w:r>
            <w:r w:rsidRPr="00C423A7">
              <w:rPr>
                <w:rFonts w:ascii="Muli" w:hAnsi="Muli"/>
                <w:sz w:val="18"/>
                <w:szCs w:val="20"/>
                <w:lang w:val="fr-FR"/>
              </w:rPr>
              <w:t xml:space="preserve"> Stand / espace d</w:t>
            </w:r>
            <w:r w:rsidRPr="00C423A7">
              <w:rPr>
                <w:rFonts w:ascii="Muli" w:hAnsi="Muli" w:cs="Muli"/>
                <w:sz w:val="18"/>
                <w:szCs w:val="20"/>
                <w:lang w:val="fr-FR"/>
              </w:rPr>
              <w:t>’</w:t>
            </w:r>
            <w:r w:rsidRPr="00C423A7">
              <w:rPr>
                <w:rFonts w:ascii="Muli" w:hAnsi="Muli"/>
                <w:sz w:val="18"/>
                <w:szCs w:val="20"/>
                <w:lang w:val="fr-FR"/>
              </w:rPr>
              <w:t xml:space="preserve">animation  </w:t>
            </w:r>
            <w:r w:rsidRPr="00C423A7">
              <w:rPr>
                <w:rFonts w:ascii="Segoe UI Symbol" w:hAnsi="Segoe UI Symbol" w:cs="Segoe UI Symbol"/>
                <w:sz w:val="18"/>
                <w:szCs w:val="20"/>
                <w:lang w:val="fr-FR"/>
              </w:rPr>
              <w:t>☐</w:t>
            </w:r>
            <w:r w:rsidRPr="00C423A7">
              <w:rPr>
                <w:rFonts w:ascii="Muli" w:hAnsi="Muli"/>
                <w:sz w:val="18"/>
                <w:szCs w:val="20"/>
                <w:lang w:val="fr-FR"/>
              </w:rPr>
              <w:t xml:space="preserve"> Atelier  </w:t>
            </w:r>
          </w:p>
          <w:p w14:paraId="5D8BE511" w14:textId="09A3131F" w:rsidR="00D17D61" w:rsidRPr="00C423A7" w:rsidRDefault="00000000" w:rsidP="00C423A7">
            <w:pPr>
              <w:rPr>
                <w:rFonts w:ascii="Muli" w:hAnsi="Muli"/>
                <w:sz w:val="20"/>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D</w:t>
            </w:r>
            <w:r w:rsidRPr="00C423A7">
              <w:rPr>
                <w:rFonts w:ascii="Muli" w:hAnsi="Muli" w:cs="Muli"/>
                <w:sz w:val="18"/>
                <w:szCs w:val="20"/>
                <w:lang w:val="fr-FR"/>
              </w:rPr>
              <w:t>é</w:t>
            </w:r>
            <w:r w:rsidRPr="00C423A7">
              <w:rPr>
                <w:rFonts w:ascii="Muli" w:hAnsi="Muli"/>
                <w:sz w:val="18"/>
                <w:szCs w:val="20"/>
                <w:lang w:val="fr-FR"/>
              </w:rPr>
              <w:t xml:space="preserve">ambulation  </w:t>
            </w:r>
            <w:r w:rsidRPr="00C423A7">
              <w:rPr>
                <w:rFonts w:ascii="Segoe UI Symbol" w:hAnsi="Segoe UI Symbol" w:cs="Segoe UI Symbol"/>
                <w:sz w:val="18"/>
                <w:szCs w:val="20"/>
                <w:lang w:val="fr-FR"/>
              </w:rPr>
              <w:t>☐</w:t>
            </w:r>
            <w:r w:rsidRPr="00C423A7">
              <w:rPr>
                <w:rFonts w:ascii="Muli" w:hAnsi="Muli"/>
                <w:sz w:val="18"/>
                <w:szCs w:val="20"/>
                <w:lang w:val="fr-FR"/>
              </w:rPr>
              <w:t xml:space="preserve"> Exposition  </w:t>
            </w:r>
            <w:r w:rsidRPr="00C423A7">
              <w:rPr>
                <w:rFonts w:ascii="Segoe UI Symbol" w:hAnsi="Segoe UI Symbol" w:cs="Segoe UI Symbol"/>
                <w:sz w:val="18"/>
                <w:szCs w:val="20"/>
                <w:lang w:val="fr-FR"/>
              </w:rPr>
              <w:t>☐</w:t>
            </w:r>
            <w:r w:rsidRPr="00C423A7">
              <w:rPr>
                <w:rFonts w:ascii="Muli" w:hAnsi="Muli"/>
                <w:sz w:val="18"/>
                <w:szCs w:val="20"/>
                <w:lang w:val="fr-FR"/>
              </w:rPr>
              <w:t xml:space="preserve"> Projection  </w:t>
            </w:r>
            <w:r w:rsidRPr="00C423A7">
              <w:rPr>
                <w:rFonts w:ascii="Segoe UI Symbol" w:hAnsi="Segoe UI Symbol" w:cs="Segoe UI Symbol"/>
                <w:sz w:val="18"/>
                <w:szCs w:val="20"/>
                <w:lang w:val="fr-FR"/>
              </w:rPr>
              <w:t>☐</w:t>
            </w:r>
            <w:r w:rsidRPr="00C423A7">
              <w:rPr>
                <w:rFonts w:ascii="Muli" w:hAnsi="Muli"/>
                <w:sz w:val="18"/>
                <w:szCs w:val="20"/>
                <w:lang w:val="fr-FR"/>
              </w:rPr>
              <w:t xml:space="preserve"> Conf</w:t>
            </w:r>
            <w:r w:rsidRPr="00C423A7">
              <w:rPr>
                <w:rFonts w:ascii="Muli" w:hAnsi="Muli" w:cs="Muli"/>
                <w:sz w:val="18"/>
                <w:szCs w:val="20"/>
                <w:lang w:val="fr-FR"/>
              </w:rPr>
              <w:t>é</w:t>
            </w:r>
            <w:r w:rsidRPr="00C423A7">
              <w:rPr>
                <w:rFonts w:ascii="Muli" w:hAnsi="Muli"/>
                <w:sz w:val="18"/>
                <w:szCs w:val="20"/>
                <w:lang w:val="fr-FR"/>
              </w:rPr>
              <w:t>rence / d</w:t>
            </w:r>
            <w:r w:rsidRPr="00C423A7">
              <w:rPr>
                <w:rFonts w:ascii="Muli" w:hAnsi="Muli" w:cs="Muli"/>
                <w:sz w:val="18"/>
                <w:szCs w:val="20"/>
                <w:lang w:val="fr-FR"/>
              </w:rPr>
              <w:t>é</w:t>
            </w:r>
            <w:r w:rsidRPr="00C423A7">
              <w:rPr>
                <w:rFonts w:ascii="Muli" w:hAnsi="Muli"/>
                <w:sz w:val="18"/>
                <w:szCs w:val="20"/>
                <w:lang w:val="fr-FR"/>
              </w:rPr>
              <w:t xml:space="preserve">bat  </w:t>
            </w:r>
            <w:r w:rsidRPr="00C423A7">
              <w:rPr>
                <w:rFonts w:ascii="Segoe UI Symbol" w:hAnsi="Segoe UI Symbol" w:cs="Segoe UI Symbol"/>
                <w:sz w:val="18"/>
                <w:szCs w:val="20"/>
                <w:lang w:val="fr-FR"/>
              </w:rPr>
              <w:t>☐</w:t>
            </w:r>
            <w:r w:rsidRPr="00C423A7">
              <w:rPr>
                <w:rFonts w:ascii="Muli" w:hAnsi="Muli"/>
                <w:sz w:val="18"/>
                <w:szCs w:val="20"/>
                <w:lang w:val="fr-FR"/>
              </w:rPr>
              <w:t xml:space="preserve"> Installation  </w:t>
            </w:r>
            <w:r w:rsidRPr="00C423A7">
              <w:rPr>
                <w:rFonts w:ascii="Segoe UI Symbol" w:hAnsi="Segoe UI Symbol" w:cs="Segoe UI Symbol"/>
                <w:sz w:val="18"/>
                <w:szCs w:val="20"/>
                <w:lang w:val="fr-FR"/>
              </w:rPr>
              <w:t>☐</w:t>
            </w:r>
            <w:r w:rsidRPr="00C423A7">
              <w:rPr>
                <w:rFonts w:ascii="Muli" w:hAnsi="Muli"/>
                <w:sz w:val="18"/>
                <w:szCs w:val="20"/>
                <w:lang w:val="fr-FR"/>
              </w:rPr>
              <w:t xml:space="preserve"> Autre : </w:t>
            </w:r>
          </w:p>
        </w:tc>
      </w:tr>
      <w:tr w:rsidR="00D17D61" w:rsidRPr="00C423A7" w14:paraId="33D1E980" w14:textId="77777777">
        <w:trPr>
          <w:jc w:val="center"/>
        </w:trPr>
        <w:tc>
          <w:tcPr>
            <w:tcW w:w="3402" w:type="dxa"/>
            <w:shd w:val="clear" w:color="auto" w:fill="EAF2F5"/>
            <w:vAlign w:val="center"/>
          </w:tcPr>
          <w:p w14:paraId="52D5F667"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Durée estimée</w:t>
            </w:r>
          </w:p>
        </w:tc>
        <w:tc>
          <w:tcPr>
            <w:tcW w:w="5953" w:type="dxa"/>
            <w:vAlign w:val="center"/>
          </w:tcPr>
          <w:p w14:paraId="755AB4AB" w14:textId="77777777" w:rsidR="00D17D61" w:rsidRPr="00C423A7" w:rsidRDefault="00D17D61" w:rsidP="00C423A7">
            <w:pPr>
              <w:rPr>
                <w:rFonts w:ascii="Muli" w:hAnsi="Muli"/>
                <w:sz w:val="20"/>
                <w:szCs w:val="20"/>
                <w:lang w:val="fr-FR"/>
              </w:rPr>
            </w:pPr>
          </w:p>
        </w:tc>
      </w:tr>
      <w:tr w:rsidR="00D17D61" w:rsidRPr="00C423A7" w14:paraId="329F6A86" w14:textId="77777777">
        <w:trPr>
          <w:jc w:val="center"/>
        </w:trPr>
        <w:tc>
          <w:tcPr>
            <w:tcW w:w="3402" w:type="dxa"/>
            <w:shd w:val="clear" w:color="auto" w:fill="EAF2F5"/>
            <w:vAlign w:val="center"/>
          </w:tcPr>
          <w:p w14:paraId="16F7A433"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Fréquence / nombre de passages</w:t>
            </w:r>
          </w:p>
        </w:tc>
        <w:tc>
          <w:tcPr>
            <w:tcW w:w="5953" w:type="dxa"/>
            <w:vAlign w:val="center"/>
          </w:tcPr>
          <w:p w14:paraId="3563040E" w14:textId="77777777" w:rsidR="00D17D61" w:rsidRPr="00C423A7" w:rsidRDefault="00D17D61" w:rsidP="00C423A7">
            <w:pPr>
              <w:rPr>
                <w:rFonts w:ascii="Muli" w:hAnsi="Muli"/>
                <w:sz w:val="20"/>
                <w:szCs w:val="20"/>
                <w:lang w:val="fr-FR"/>
              </w:rPr>
            </w:pPr>
          </w:p>
        </w:tc>
      </w:tr>
      <w:tr w:rsidR="00D17D61" w:rsidRPr="00C423A7" w14:paraId="6B596FF6" w14:textId="77777777">
        <w:trPr>
          <w:jc w:val="center"/>
        </w:trPr>
        <w:tc>
          <w:tcPr>
            <w:tcW w:w="3402" w:type="dxa"/>
            <w:shd w:val="clear" w:color="auto" w:fill="EAF2F5"/>
            <w:vAlign w:val="center"/>
          </w:tcPr>
          <w:p w14:paraId="28C65D90"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Jauge / nombre de personnes accueillies</w:t>
            </w:r>
          </w:p>
        </w:tc>
        <w:tc>
          <w:tcPr>
            <w:tcW w:w="5953" w:type="dxa"/>
            <w:vAlign w:val="center"/>
          </w:tcPr>
          <w:p w14:paraId="5D0030B5" w14:textId="77777777" w:rsidR="00D17D61" w:rsidRPr="00C423A7" w:rsidRDefault="00D17D61" w:rsidP="00C423A7">
            <w:pPr>
              <w:rPr>
                <w:rFonts w:ascii="Muli" w:hAnsi="Muli"/>
                <w:sz w:val="20"/>
                <w:szCs w:val="20"/>
                <w:lang w:val="fr-FR"/>
              </w:rPr>
            </w:pPr>
          </w:p>
        </w:tc>
      </w:tr>
      <w:tr w:rsidR="00D17D61" w:rsidRPr="00C423A7" w14:paraId="0A0C8CAE" w14:textId="77777777">
        <w:trPr>
          <w:jc w:val="center"/>
        </w:trPr>
        <w:tc>
          <w:tcPr>
            <w:tcW w:w="3402" w:type="dxa"/>
            <w:shd w:val="clear" w:color="auto" w:fill="EAF2F5"/>
            <w:vAlign w:val="center"/>
          </w:tcPr>
          <w:p w14:paraId="612912E5" w14:textId="77777777" w:rsidR="00D17D61" w:rsidRPr="00C423A7" w:rsidRDefault="00000000" w:rsidP="00C423A7">
            <w:pPr>
              <w:rPr>
                <w:rFonts w:ascii="Muli" w:hAnsi="Muli"/>
                <w:sz w:val="20"/>
                <w:szCs w:val="20"/>
                <w:lang w:val="fr-FR"/>
              </w:rPr>
            </w:pPr>
            <w:r w:rsidRPr="00C423A7">
              <w:rPr>
                <w:rFonts w:ascii="Muli" w:hAnsi="Muli"/>
                <w:b/>
                <w:sz w:val="18"/>
                <w:szCs w:val="20"/>
                <w:lang w:val="fr-FR"/>
              </w:rPr>
              <w:t>Niveau d’interactivité</w:t>
            </w:r>
          </w:p>
        </w:tc>
        <w:tc>
          <w:tcPr>
            <w:tcW w:w="5953" w:type="dxa"/>
            <w:vAlign w:val="center"/>
          </w:tcPr>
          <w:p w14:paraId="7FC6D5FF" w14:textId="77777777" w:rsidR="00D17D61" w:rsidRPr="00C423A7" w:rsidRDefault="00000000" w:rsidP="00C423A7">
            <w:pPr>
              <w:rPr>
                <w:rFonts w:ascii="Muli" w:hAnsi="Muli"/>
                <w:sz w:val="20"/>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Faible  </w:t>
            </w:r>
            <w:r w:rsidRPr="00C423A7">
              <w:rPr>
                <w:rFonts w:ascii="Segoe UI Symbol" w:hAnsi="Segoe UI Symbol" w:cs="Segoe UI Symbol"/>
                <w:sz w:val="18"/>
                <w:szCs w:val="20"/>
                <w:lang w:val="fr-FR"/>
              </w:rPr>
              <w:t>☐</w:t>
            </w:r>
            <w:r w:rsidRPr="00C423A7">
              <w:rPr>
                <w:rFonts w:ascii="Muli" w:hAnsi="Muli"/>
                <w:sz w:val="18"/>
                <w:szCs w:val="20"/>
                <w:lang w:val="fr-FR"/>
              </w:rPr>
              <w:t xml:space="preserve"> Moyen  </w:t>
            </w:r>
            <w:r w:rsidRPr="00C423A7">
              <w:rPr>
                <w:rFonts w:ascii="Segoe UI Symbol" w:hAnsi="Segoe UI Symbol" w:cs="Segoe UI Symbol"/>
                <w:sz w:val="18"/>
                <w:szCs w:val="20"/>
                <w:lang w:val="fr-FR"/>
              </w:rPr>
              <w:t>☐</w:t>
            </w:r>
            <w:r w:rsidRPr="00C423A7">
              <w:rPr>
                <w:rFonts w:ascii="Muli" w:hAnsi="Muli"/>
                <w:sz w:val="18"/>
                <w:szCs w:val="20"/>
                <w:lang w:val="fr-FR"/>
              </w:rPr>
              <w:t xml:space="preserve"> Fort</w:t>
            </w:r>
          </w:p>
        </w:tc>
      </w:tr>
    </w:tbl>
    <w:p w14:paraId="1E7D9833" w14:textId="77777777" w:rsidR="00D17D61" w:rsidRPr="00C423A7" w:rsidRDefault="00D17D61" w:rsidP="00C423A7">
      <w:pPr>
        <w:spacing w:after="0" w:line="240" w:lineRule="auto"/>
        <w:rPr>
          <w:rFonts w:ascii="Muli" w:hAnsi="Muli"/>
          <w:sz w:val="20"/>
          <w:szCs w:val="20"/>
          <w:lang w:val="fr-FR"/>
        </w:rPr>
      </w:pPr>
    </w:p>
    <w:p w14:paraId="53449DB7" w14:textId="77777777" w:rsidR="00D17D61" w:rsidRPr="002962C9" w:rsidRDefault="00000000" w:rsidP="00C423A7">
      <w:pPr>
        <w:pStyle w:val="Titre1"/>
        <w:spacing w:before="0" w:line="240" w:lineRule="auto"/>
        <w:rPr>
          <w:rFonts w:ascii="Muli" w:hAnsi="Muli"/>
          <w:color w:val="008CAA"/>
          <w:sz w:val="24"/>
          <w:szCs w:val="24"/>
          <w:lang w:val="fr-FR"/>
        </w:rPr>
      </w:pPr>
      <w:r w:rsidRPr="002962C9">
        <w:rPr>
          <w:rFonts w:ascii="Muli" w:hAnsi="Muli"/>
          <w:color w:val="008CAA"/>
          <w:sz w:val="24"/>
          <w:szCs w:val="24"/>
          <w:lang w:val="fr-FR"/>
        </w:rPr>
        <w:t>6. Besoins techniques, logistiques et humains</w:t>
      </w:r>
    </w:p>
    <w:p w14:paraId="0A63505F" w14:textId="77777777" w:rsidR="00D17D61" w:rsidRPr="002962C9" w:rsidRDefault="00000000" w:rsidP="00C423A7">
      <w:pPr>
        <w:spacing w:after="0" w:line="240" w:lineRule="auto"/>
        <w:rPr>
          <w:rFonts w:ascii="Muli" w:hAnsi="Muli"/>
          <w:color w:val="008CAA"/>
          <w:sz w:val="20"/>
          <w:szCs w:val="20"/>
          <w:lang w:val="fr-FR"/>
        </w:rPr>
      </w:pPr>
      <w:r w:rsidRPr="002962C9">
        <w:rPr>
          <w:rFonts w:ascii="Muli" w:hAnsi="Muli"/>
          <w:b/>
          <w:color w:val="008CAA"/>
          <w:sz w:val="20"/>
          <w:szCs w:val="20"/>
          <w:lang w:val="fr-FR"/>
        </w:rPr>
        <w:t>Besoins techniques et matériels (son, lumière, écran, mobilier, branchements, espace spécifique, etc.) :</w:t>
      </w:r>
    </w:p>
    <w:tbl>
      <w:tblPr>
        <w:tblStyle w:val="Grilledutableau"/>
        <w:tblW w:w="0" w:type="auto"/>
        <w:jc w:val="center"/>
        <w:tblLook w:val="04A0" w:firstRow="1" w:lastRow="0" w:firstColumn="1" w:lastColumn="0" w:noHBand="0" w:noVBand="1"/>
      </w:tblPr>
      <w:tblGrid>
        <w:gridCol w:w="9962"/>
      </w:tblGrid>
      <w:tr w:rsidR="00D17D61" w:rsidRPr="00C423A7" w14:paraId="1F6528BA" w14:textId="77777777">
        <w:trPr>
          <w:jc w:val="center"/>
        </w:trPr>
        <w:tc>
          <w:tcPr>
            <w:tcW w:w="9972" w:type="dxa"/>
          </w:tcPr>
          <w:p w14:paraId="1F0F0CA7" w14:textId="77777777" w:rsidR="00D17D61" w:rsidRPr="00C423A7" w:rsidRDefault="00D17D61" w:rsidP="00C423A7">
            <w:pPr>
              <w:rPr>
                <w:rFonts w:ascii="Muli" w:hAnsi="Muli"/>
                <w:sz w:val="20"/>
                <w:szCs w:val="20"/>
                <w:lang w:val="fr-FR"/>
              </w:rPr>
            </w:pPr>
          </w:p>
        </w:tc>
      </w:tr>
    </w:tbl>
    <w:p w14:paraId="06D83B0B" w14:textId="77777777" w:rsidR="00D17D61" w:rsidRPr="00C423A7" w:rsidRDefault="00D17D61" w:rsidP="00C423A7">
      <w:pPr>
        <w:spacing w:after="0" w:line="240" w:lineRule="auto"/>
        <w:rPr>
          <w:rFonts w:ascii="Muli" w:hAnsi="Muli"/>
          <w:sz w:val="20"/>
          <w:szCs w:val="20"/>
          <w:lang w:val="fr-FR"/>
        </w:rPr>
      </w:pPr>
    </w:p>
    <w:p w14:paraId="305DD5CF" w14:textId="77777777" w:rsidR="00D17D61" w:rsidRPr="002962C9" w:rsidRDefault="00000000" w:rsidP="00C423A7">
      <w:pPr>
        <w:spacing w:after="0" w:line="240" w:lineRule="auto"/>
        <w:rPr>
          <w:rFonts w:ascii="Muli" w:hAnsi="Muli"/>
          <w:color w:val="008CAA"/>
          <w:sz w:val="20"/>
          <w:szCs w:val="20"/>
          <w:lang w:val="fr-FR"/>
        </w:rPr>
      </w:pPr>
      <w:r w:rsidRPr="002962C9">
        <w:rPr>
          <w:rFonts w:ascii="Muli" w:hAnsi="Muli"/>
          <w:b/>
          <w:color w:val="008CAA"/>
          <w:sz w:val="20"/>
          <w:szCs w:val="20"/>
          <w:lang w:val="fr-FR"/>
        </w:rPr>
        <w:t>Besoins logistiques ou contraintes particulières (montage, stockage, sécurité, accessibilité, météo, etc.) :</w:t>
      </w:r>
    </w:p>
    <w:tbl>
      <w:tblPr>
        <w:tblStyle w:val="Grilledutableau"/>
        <w:tblW w:w="0" w:type="auto"/>
        <w:jc w:val="center"/>
        <w:tblLook w:val="04A0" w:firstRow="1" w:lastRow="0" w:firstColumn="1" w:lastColumn="0" w:noHBand="0" w:noVBand="1"/>
      </w:tblPr>
      <w:tblGrid>
        <w:gridCol w:w="9962"/>
      </w:tblGrid>
      <w:tr w:rsidR="00D17D61" w:rsidRPr="00C423A7" w14:paraId="28B4E96B" w14:textId="77777777">
        <w:trPr>
          <w:jc w:val="center"/>
        </w:trPr>
        <w:tc>
          <w:tcPr>
            <w:tcW w:w="9972" w:type="dxa"/>
          </w:tcPr>
          <w:p w14:paraId="1AE0449D" w14:textId="77777777" w:rsidR="00D17D61" w:rsidRPr="00C423A7" w:rsidRDefault="00D17D61" w:rsidP="00C423A7">
            <w:pPr>
              <w:rPr>
                <w:rFonts w:ascii="Muli" w:hAnsi="Muli"/>
                <w:sz w:val="20"/>
                <w:szCs w:val="20"/>
                <w:lang w:val="fr-FR"/>
              </w:rPr>
            </w:pPr>
          </w:p>
        </w:tc>
      </w:tr>
    </w:tbl>
    <w:p w14:paraId="3F6B720E" w14:textId="77777777" w:rsidR="00D17D61" w:rsidRPr="00C423A7" w:rsidRDefault="00D17D61" w:rsidP="00C423A7">
      <w:pPr>
        <w:spacing w:after="0" w:line="240" w:lineRule="auto"/>
        <w:rPr>
          <w:rFonts w:ascii="Muli" w:hAnsi="Muli"/>
          <w:sz w:val="20"/>
          <w:szCs w:val="20"/>
          <w:lang w:val="fr-FR"/>
        </w:rPr>
      </w:pPr>
    </w:p>
    <w:p w14:paraId="1803682B" w14:textId="77777777" w:rsidR="00D17D61" w:rsidRPr="002962C9" w:rsidRDefault="00000000" w:rsidP="00C423A7">
      <w:pPr>
        <w:spacing w:after="0" w:line="240" w:lineRule="auto"/>
        <w:rPr>
          <w:rFonts w:ascii="Muli" w:hAnsi="Muli"/>
          <w:color w:val="008CAA"/>
          <w:sz w:val="20"/>
          <w:szCs w:val="20"/>
          <w:lang w:val="fr-FR"/>
        </w:rPr>
      </w:pPr>
      <w:r w:rsidRPr="002962C9">
        <w:rPr>
          <w:rFonts w:ascii="Muli" w:hAnsi="Muli"/>
          <w:b/>
          <w:color w:val="008CAA"/>
          <w:sz w:val="20"/>
          <w:szCs w:val="20"/>
          <w:lang w:val="fr-FR"/>
        </w:rPr>
        <w:t>Besoins d’accompagnement éventuels par l’équipe du Village (mise en relation, appui technique, co-construction, communication, financement, etc.) :</w:t>
      </w:r>
    </w:p>
    <w:tbl>
      <w:tblPr>
        <w:tblStyle w:val="Grilledutableau"/>
        <w:tblW w:w="0" w:type="auto"/>
        <w:jc w:val="center"/>
        <w:tblLook w:val="04A0" w:firstRow="1" w:lastRow="0" w:firstColumn="1" w:lastColumn="0" w:noHBand="0" w:noVBand="1"/>
      </w:tblPr>
      <w:tblGrid>
        <w:gridCol w:w="9962"/>
      </w:tblGrid>
      <w:tr w:rsidR="00D17D61" w:rsidRPr="00C423A7" w14:paraId="3F28878E" w14:textId="77777777">
        <w:trPr>
          <w:jc w:val="center"/>
        </w:trPr>
        <w:tc>
          <w:tcPr>
            <w:tcW w:w="9972" w:type="dxa"/>
          </w:tcPr>
          <w:p w14:paraId="55BFEE5F" w14:textId="77777777" w:rsidR="00D17D61" w:rsidRPr="00C423A7" w:rsidRDefault="00D17D61" w:rsidP="00C423A7">
            <w:pPr>
              <w:rPr>
                <w:rFonts w:ascii="Muli" w:hAnsi="Muli"/>
                <w:sz w:val="20"/>
                <w:szCs w:val="20"/>
                <w:lang w:val="fr-FR"/>
              </w:rPr>
            </w:pPr>
          </w:p>
        </w:tc>
      </w:tr>
    </w:tbl>
    <w:p w14:paraId="10E532A6" w14:textId="77777777" w:rsidR="00D17D61" w:rsidRPr="00C423A7" w:rsidRDefault="00D17D61" w:rsidP="00C423A7">
      <w:pPr>
        <w:spacing w:after="0" w:line="240" w:lineRule="auto"/>
        <w:rPr>
          <w:rFonts w:ascii="Muli" w:hAnsi="Muli"/>
          <w:sz w:val="20"/>
          <w:szCs w:val="20"/>
          <w:lang w:val="fr-FR"/>
        </w:rPr>
      </w:pPr>
    </w:p>
    <w:p w14:paraId="43D4B889" w14:textId="77777777" w:rsidR="00D17D61" w:rsidRPr="002962C9" w:rsidRDefault="00000000" w:rsidP="00C423A7">
      <w:pPr>
        <w:pStyle w:val="Titre1"/>
        <w:spacing w:before="0" w:line="240" w:lineRule="auto"/>
        <w:rPr>
          <w:rFonts w:ascii="Muli" w:hAnsi="Muli"/>
          <w:color w:val="008CAA"/>
          <w:sz w:val="24"/>
          <w:szCs w:val="24"/>
          <w:lang w:val="fr-FR"/>
        </w:rPr>
      </w:pPr>
      <w:r w:rsidRPr="002962C9">
        <w:rPr>
          <w:rFonts w:ascii="Muli" w:hAnsi="Muli"/>
          <w:color w:val="008CAA"/>
          <w:sz w:val="24"/>
          <w:szCs w:val="24"/>
          <w:lang w:val="fr-FR"/>
        </w:rPr>
        <w:t>7. État d’avancement et calendrier</w:t>
      </w:r>
    </w:p>
    <w:tbl>
      <w:tblPr>
        <w:tblStyle w:val="Grilledutableau"/>
        <w:tblW w:w="0" w:type="auto"/>
        <w:jc w:val="center"/>
        <w:tblLook w:val="04A0" w:firstRow="1" w:lastRow="0" w:firstColumn="1" w:lastColumn="0" w:noHBand="0" w:noVBand="1"/>
      </w:tblPr>
      <w:tblGrid>
        <w:gridCol w:w="3402"/>
        <w:gridCol w:w="5953"/>
      </w:tblGrid>
      <w:tr w:rsidR="00D17D61" w:rsidRPr="00C423A7" w14:paraId="42934250" w14:textId="77777777">
        <w:trPr>
          <w:jc w:val="center"/>
        </w:trPr>
        <w:tc>
          <w:tcPr>
            <w:tcW w:w="3402" w:type="dxa"/>
            <w:shd w:val="clear" w:color="auto" w:fill="EAF2F5"/>
            <w:vAlign w:val="center"/>
          </w:tcPr>
          <w:p w14:paraId="52B83C61" w14:textId="77777777" w:rsidR="00D17D61" w:rsidRPr="002962C9" w:rsidRDefault="00000000" w:rsidP="00C423A7">
            <w:pPr>
              <w:rPr>
                <w:rFonts w:ascii="Muli" w:hAnsi="Muli"/>
                <w:sz w:val="20"/>
                <w:szCs w:val="20"/>
                <w:lang w:val="fr-FR"/>
              </w:rPr>
            </w:pPr>
            <w:r w:rsidRPr="002962C9">
              <w:rPr>
                <w:rFonts w:ascii="Muli" w:hAnsi="Muli"/>
                <w:b/>
                <w:sz w:val="18"/>
                <w:szCs w:val="20"/>
                <w:lang w:val="fr-FR"/>
              </w:rPr>
              <w:t>État d’avancement</w:t>
            </w:r>
          </w:p>
        </w:tc>
        <w:tc>
          <w:tcPr>
            <w:tcW w:w="5953" w:type="dxa"/>
            <w:vAlign w:val="center"/>
          </w:tcPr>
          <w:p w14:paraId="098684F2" w14:textId="77777777" w:rsidR="002962C9" w:rsidRDefault="00000000" w:rsidP="00C423A7">
            <w:pPr>
              <w:rPr>
                <w:rFonts w:ascii="Muli" w:hAnsi="Muli"/>
                <w:sz w:val="18"/>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Prêt / existant </w:t>
            </w:r>
            <w:r w:rsidR="002962C9">
              <w:rPr>
                <w:rFonts w:ascii="Muli" w:hAnsi="Muli"/>
                <w:sz w:val="18"/>
                <w:szCs w:val="20"/>
                <w:lang w:val="fr-FR"/>
              </w:rPr>
              <w:t xml:space="preserve">                               </w:t>
            </w:r>
            <w:r w:rsidRPr="00C423A7">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w:t>
            </w:r>
            <w:r w:rsidRPr="00C423A7">
              <w:rPr>
                <w:rFonts w:ascii="Muli" w:hAnsi="Muli" w:cs="Muli"/>
                <w:sz w:val="18"/>
                <w:szCs w:val="20"/>
                <w:lang w:val="fr-FR"/>
              </w:rPr>
              <w:t>À</w:t>
            </w:r>
            <w:r w:rsidRPr="00C423A7">
              <w:rPr>
                <w:rFonts w:ascii="Muli" w:hAnsi="Muli"/>
                <w:sz w:val="18"/>
                <w:szCs w:val="20"/>
                <w:lang w:val="fr-FR"/>
              </w:rPr>
              <w:t xml:space="preserve"> adapter </w:t>
            </w:r>
          </w:p>
          <w:p w14:paraId="00F14290" w14:textId="09029196" w:rsidR="00D17D61" w:rsidRPr="002962C9" w:rsidRDefault="00000000" w:rsidP="00C423A7">
            <w:pPr>
              <w:rPr>
                <w:rFonts w:ascii="Muli" w:hAnsi="Muli"/>
                <w:sz w:val="18"/>
                <w:szCs w:val="20"/>
                <w:lang w:val="fr-FR"/>
              </w:rPr>
            </w:pPr>
            <w:r w:rsidRPr="00C423A7">
              <w:rPr>
                <w:rFonts w:ascii="Segoe UI Symbol" w:hAnsi="Segoe UI Symbol" w:cs="Segoe UI Symbol"/>
                <w:sz w:val="18"/>
                <w:szCs w:val="20"/>
                <w:lang w:val="fr-FR"/>
              </w:rPr>
              <w:t>☐</w:t>
            </w:r>
            <w:r w:rsidRPr="00C423A7">
              <w:rPr>
                <w:rFonts w:ascii="Muli" w:hAnsi="Muli"/>
                <w:sz w:val="18"/>
                <w:szCs w:val="20"/>
                <w:lang w:val="fr-FR"/>
              </w:rPr>
              <w:t xml:space="preserve"> En cours de construction  </w:t>
            </w:r>
            <w:r w:rsidR="002962C9">
              <w:rPr>
                <w:rFonts w:ascii="Muli" w:hAnsi="Muli"/>
                <w:sz w:val="18"/>
                <w:szCs w:val="20"/>
                <w:lang w:val="fr-FR"/>
              </w:rPr>
              <w:t xml:space="preserve">            </w:t>
            </w:r>
            <w:r w:rsidRPr="00C423A7">
              <w:rPr>
                <w:rFonts w:ascii="Segoe UI Symbol" w:hAnsi="Segoe UI Symbol" w:cs="Segoe UI Symbol"/>
                <w:sz w:val="18"/>
                <w:szCs w:val="20"/>
                <w:lang w:val="fr-FR"/>
              </w:rPr>
              <w:t>☐</w:t>
            </w:r>
            <w:r w:rsidRPr="00C423A7">
              <w:rPr>
                <w:rFonts w:ascii="Muli" w:hAnsi="Muli"/>
                <w:sz w:val="18"/>
                <w:szCs w:val="20"/>
                <w:lang w:val="fr-FR"/>
              </w:rPr>
              <w:t xml:space="preserve"> </w:t>
            </w:r>
            <w:r w:rsidRPr="00C423A7">
              <w:rPr>
                <w:rFonts w:ascii="Muli" w:hAnsi="Muli" w:cs="Muli"/>
                <w:sz w:val="18"/>
                <w:szCs w:val="20"/>
                <w:lang w:val="fr-FR"/>
              </w:rPr>
              <w:t>À</w:t>
            </w:r>
            <w:r w:rsidRPr="00C423A7">
              <w:rPr>
                <w:rFonts w:ascii="Muli" w:hAnsi="Muli"/>
                <w:sz w:val="18"/>
                <w:szCs w:val="20"/>
                <w:lang w:val="fr-FR"/>
              </w:rPr>
              <w:t xml:space="preserve"> inventer</w:t>
            </w:r>
          </w:p>
        </w:tc>
      </w:tr>
      <w:tr w:rsidR="00D17D61" w:rsidRPr="00C423A7" w14:paraId="78BF522D" w14:textId="77777777">
        <w:trPr>
          <w:jc w:val="center"/>
        </w:trPr>
        <w:tc>
          <w:tcPr>
            <w:tcW w:w="3402" w:type="dxa"/>
            <w:shd w:val="clear" w:color="auto" w:fill="EAF2F5"/>
            <w:vAlign w:val="center"/>
          </w:tcPr>
          <w:p w14:paraId="2663D327" w14:textId="77777777" w:rsidR="00D17D61" w:rsidRPr="002962C9" w:rsidRDefault="00000000" w:rsidP="00C423A7">
            <w:pPr>
              <w:rPr>
                <w:rFonts w:ascii="Muli" w:hAnsi="Muli"/>
                <w:sz w:val="20"/>
                <w:szCs w:val="20"/>
                <w:lang w:val="fr-FR"/>
              </w:rPr>
            </w:pPr>
            <w:r w:rsidRPr="002962C9">
              <w:rPr>
                <w:rFonts w:ascii="Muli" w:hAnsi="Muli"/>
                <w:b/>
                <w:sz w:val="18"/>
                <w:szCs w:val="20"/>
                <w:lang w:val="fr-FR"/>
              </w:rPr>
              <w:t>Échéances importantes pour la structure</w:t>
            </w:r>
          </w:p>
        </w:tc>
        <w:tc>
          <w:tcPr>
            <w:tcW w:w="5953" w:type="dxa"/>
            <w:vAlign w:val="center"/>
          </w:tcPr>
          <w:p w14:paraId="5EA8472C" w14:textId="77777777" w:rsidR="00D17D61" w:rsidRPr="00C423A7" w:rsidRDefault="00D17D61" w:rsidP="00C423A7">
            <w:pPr>
              <w:rPr>
                <w:rFonts w:ascii="Muli" w:hAnsi="Muli"/>
                <w:sz w:val="20"/>
                <w:szCs w:val="20"/>
                <w:lang w:val="fr-FR"/>
              </w:rPr>
            </w:pPr>
          </w:p>
        </w:tc>
      </w:tr>
      <w:tr w:rsidR="00D17D61" w:rsidRPr="00C423A7" w14:paraId="4B4F6D61" w14:textId="77777777">
        <w:trPr>
          <w:jc w:val="center"/>
        </w:trPr>
        <w:tc>
          <w:tcPr>
            <w:tcW w:w="3402" w:type="dxa"/>
            <w:shd w:val="clear" w:color="auto" w:fill="EAF2F5"/>
            <w:vAlign w:val="center"/>
          </w:tcPr>
          <w:p w14:paraId="5EC07777" w14:textId="77777777" w:rsidR="00D17D61" w:rsidRPr="002962C9" w:rsidRDefault="00000000" w:rsidP="00C423A7">
            <w:pPr>
              <w:rPr>
                <w:rFonts w:ascii="Muli" w:hAnsi="Muli"/>
                <w:sz w:val="20"/>
                <w:szCs w:val="20"/>
                <w:lang w:val="fr-FR"/>
              </w:rPr>
            </w:pPr>
            <w:r w:rsidRPr="002962C9">
              <w:rPr>
                <w:rFonts w:ascii="Muli" w:hAnsi="Muli"/>
                <w:b/>
                <w:sz w:val="18"/>
                <w:szCs w:val="20"/>
                <w:lang w:val="fr-FR"/>
              </w:rPr>
              <w:t>Points de vigilance identifiés</w:t>
            </w:r>
          </w:p>
        </w:tc>
        <w:tc>
          <w:tcPr>
            <w:tcW w:w="5953" w:type="dxa"/>
            <w:vAlign w:val="center"/>
          </w:tcPr>
          <w:p w14:paraId="18B3F875" w14:textId="77777777" w:rsidR="00D17D61" w:rsidRPr="00C423A7" w:rsidRDefault="00D17D61" w:rsidP="00C423A7">
            <w:pPr>
              <w:rPr>
                <w:rFonts w:ascii="Muli" w:hAnsi="Muli"/>
                <w:sz w:val="20"/>
                <w:szCs w:val="20"/>
                <w:lang w:val="fr-FR"/>
              </w:rPr>
            </w:pPr>
          </w:p>
        </w:tc>
      </w:tr>
    </w:tbl>
    <w:p w14:paraId="41240A04" w14:textId="77777777" w:rsidR="00D17D61" w:rsidRPr="00C423A7" w:rsidRDefault="00D17D61" w:rsidP="00C423A7">
      <w:pPr>
        <w:spacing w:after="0" w:line="240" w:lineRule="auto"/>
        <w:rPr>
          <w:rFonts w:ascii="Muli" w:hAnsi="Muli"/>
          <w:sz w:val="20"/>
          <w:szCs w:val="20"/>
          <w:lang w:val="fr-FR"/>
        </w:rPr>
      </w:pPr>
    </w:p>
    <w:p w14:paraId="1EA104E3" w14:textId="77777777" w:rsidR="00D17D61" w:rsidRPr="002962C9" w:rsidRDefault="00000000" w:rsidP="00C423A7">
      <w:pPr>
        <w:pStyle w:val="Titre1"/>
        <w:spacing w:before="0" w:line="240" w:lineRule="auto"/>
        <w:rPr>
          <w:rFonts w:ascii="Muli" w:hAnsi="Muli"/>
          <w:color w:val="008CAA"/>
          <w:sz w:val="24"/>
          <w:szCs w:val="24"/>
          <w:lang w:val="fr-FR"/>
        </w:rPr>
      </w:pPr>
      <w:r w:rsidRPr="002962C9">
        <w:rPr>
          <w:rFonts w:ascii="Muli" w:hAnsi="Muli"/>
          <w:color w:val="008CAA"/>
          <w:sz w:val="24"/>
          <w:szCs w:val="24"/>
          <w:lang w:val="fr-FR"/>
        </w:rPr>
        <w:t>8. Informations complémentaires</w:t>
      </w:r>
    </w:p>
    <w:p w14:paraId="22452C3E" w14:textId="77777777" w:rsidR="00D17D61" w:rsidRPr="002962C9" w:rsidRDefault="00000000" w:rsidP="00C423A7">
      <w:pPr>
        <w:spacing w:after="0" w:line="240" w:lineRule="auto"/>
        <w:rPr>
          <w:rFonts w:ascii="Muli" w:hAnsi="Muli"/>
          <w:color w:val="008CAA"/>
          <w:sz w:val="20"/>
          <w:szCs w:val="20"/>
          <w:lang w:val="fr-FR"/>
        </w:rPr>
      </w:pPr>
      <w:r w:rsidRPr="002962C9">
        <w:rPr>
          <w:rFonts w:ascii="Muli" w:hAnsi="Muli"/>
          <w:b/>
          <w:color w:val="008CAA"/>
          <w:sz w:val="20"/>
          <w:szCs w:val="20"/>
          <w:lang w:val="fr-FR"/>
        </w:rPr>
        <w:t>Liens, visuels, vidéos, documents ou références utiles :</w:t>
      </w:r>
    </w:p>
    <w:p w14:paraId="52BF0DB4" w14:textId="77777777" w:rsidR="00D17D61" w:rsidRPr="00C423A7" w:rsidRDefault="00000000" w:rsidP="00C423A7">
      <w:pPr>
        <w:spacing w:after="0" w:line="240" w:lineRule="auto"/>
        <w:rPr>
          <w:rFonts w:ascii="Muli" w:hAnsi="Muli"/>
          <w:sz w:val="20"/>
          <w:szCs w:val="20"/>
          <w:lang w:val="fr-FR"/>
        </w:rPr>
      </w:pPr>
      <w:r w:rsidRPr="00C423A7">
        <w:rPr>
          <w:rFonts w:ascii="Muli" w:hAnsi="Muli"/>
          <w:sz w:val="20"/>
          <w:szCs w:val="20"/>
          <w:lang w:val="fr-FR"/>
        </w:rPr>
        <w:t>................................................................................................................................................................................</w:t>
      </w:r>
    </w:p>
    <w:p w14:paraId="067DA1AA" w14:textId="77777777" w:rsidR="00D17D61" w:rsidRPr="00C423A7" w:rsidRDefault="00000000" w:rsidP="00C423A7">
      <w:pPr>
        <w:spacing w:after="0" w:line="240" w:lineRule="auto"/>
        <w:rPr>
          <w:rFonts w:ascii="Muli" w:hAnsi="Muli"/>
          <w:sz w:val="20"/>
          <w:szCs w:val="20"/>
          <w:lang w:val="fr-FR"/>
        </w:rPr>
      </w:pPr>
      <w:r w:rsidRPr="00C423A7">
        <w:rPr>
          <w:rFonts w:ascii="Muli" w:hAnsi="Muli"/>
          <w:sz w:val="20"/>
          <w:szCs w:val="20"/>
          <w:lang w:val="fr-FR"/>
        </w:rPr>
        <w:t>................................................................................................................................................................................</w:t>
      </w:r>
    </w:p>
    <w:p w14:paraId="1CAFA01F" w14:textId="77777777" w:rsidR="00D17D61" w:rsidRPr="00C423A7" w:rsidRDefault="00000000" w:rsidP="00C423A7">
      <w:pPr>
        <w:spacing w:after="0" w:line="240" w:lineRule="auto"/>
        <w:rPr>
          <w:rFonts w:ascii="Muli" w:hAnsi="Muli"/>
          <w:sz w:val="20"/>
          <w:szCs w:val="20"/>
          <w:lang w:val="fr-FR"/>
        </w:rPr>
      </w:pPr>
      <w:r w:rsidRPr="00C423A7">
        <w:rPr>
          <w:rFonts w:ascii="Muli" w:hAnsi="Muli"/>
          <w:sz w:val="20"/>
          <w:szCs w:val="20"/>
          <w:lang w:val="fr-FR"/>
        </w:rPr>
        <w:t>................................................................................................................................................................................</w:t>
      </w:r>
    </w:p>
    <w:p w14:paraId="189E82EE" w14:textId="77777777" w:rsidR="00D17D61" w:rsidRPr="002962C9" w:rsidRDefault="00000000" w:rsidP="00C423A7">
      <w:pPr>
        <w:spacing w:after="0" w:line="240" w:lineRule="auto"/>
        <w:rPr>
          <w:rFonts w:ascii="Muli" w:hAnsi="Muli"/>
          <w:color w:val="008CAA"/>
          <w:sz w:val="20"/>
          <w:szCs w:val="20"/>
          <w:lang w:val="fr-FR"/>
        </w:rPr>
      </w:pPr>
      <w:r w:rsidRPr="002962C9">
        <w:rPr>
          <w:rFonts w:ascii="Muli" w:hAnsi="Muli"/>
          <w:b/>
          <w:color w:val="008CAA"/>
          <w:sz w:val="20"/>
          <w:szCs w:val="20"/>
          <w:lang w:val="fr-FR"/>
        </w:rPr>
        <w:t>Remarques complémentaires :</w:t>
      </w:r>
    </w:p>
    <w:tbl>
      <w:tblPr>
        <w:tblStyle w:val="Grilledutableau"/>
        <w:tblW w:w="0" w:type="auto"/>
        <w:tblLook w:val="04A0" w:firstRow="1" w:lastRow="0" w:firstColumn="1" w:lastColumn="0" w:noHBand="0" w:noVBand="1"/>
      </w:tblPr>
      <w:tblGrid>
        <w:gridCol w:w="9962"/>
      </w:tblGrid>
      <w:tr w:rsidR="00D17D61" w:rsidRPr="00C423A7" w14:paraId="04D02367" w14:textId="77777777">
        <w:tc>
          <w:tcPr>
            <w:tcW w:w="9972" w:type="dxa"/>
          </w:tcPr>
          <w:p w14:paraId="1411AABF" w14:textId="77777777" w:rsidR="00D17D61" w:rsidRPr="00C423A7" w:rsidRDefault="00D17D61" w:rsidP="00C423A7">
            <w:pPr>
              <w:rPr>
                <w:rFonts w:ascii="Muli" w:hAnsi="Muli"/>
                <w:sz w:val="20"/>
                <w:szCs w:val="20"/>
                <w:lang w:val="fr-FR"/>
              </w:rPr>
            </w:pPr>
          </w:p>
        </w:tc>
      </w:tr>
    </w:tbl>
    <w:p w14:paraId="3FEADADE" w14:textId="77777777" w:rsidR="00D17D61" w:rsidRPr="00C423A7" w:rsidRDefault="00D17D61" w:rsidP="00C423A7">
      <w:pPr>
        <w:spacing w:after="0" w:line="240" w:lineRule="auto"/>
        <w:rPr>
          <w:rFonts w:ascii="Muli" w:hAnsi="Muli"/>
          <w:sz w:val="20"/>
          <w:szCs w:val="20"/>
          <w:lang w:val="fr-FR"/>
        </w:rPr>
      </w:pPr>
    </w:p>
    <w:p w14:paraId="2FDB562F" w14:textId="4FD0124F" w:rsidR="00D17D61" w:rsidRDefault="00000000" w:rsidP="00C423A7">
      <w:pPr>
        <w:spacing w:after="0" w:line="240" w:lineRule="auto"/>
        <w:jc w:val="center"/>
        <w:rPr>
          <w:rFonts w:ascii="Muli" w:hAnsi="Muli"/>
          <w:i/>
          <w:color w:val="008CAA"/>
          <w:sz w:val="24"/>
          <w:szCs w:val="24"/>
          <w:lang w:val="fr-FR"/>
        </w:rPr>
      </w:pPr>
      <w:r w:rsidRPr="002962C9">
        <w:rPr>
          <w:rFonts w:ascii="Muli" w:hAnsi="Muli"/>
          <w:i/>
          <w:color w:val="008CAA"/>
          <w:sz w:val="24"/>
          <w:szCs w:val="24"/>
          <w:lang w:val="fr-FR"/>
        </w:rPr>
        <w:t>Une fiche = une proposition. Si vous souhaitez transmettre plusieurs contributions, merci de compléter une fiche par proposition.</w:t>
      </w:r>
    </w:p>
    <w:p w14:paraId="7C5B42B4" w14:textId="541AFAB6" w:rsidR="00420D27" w:rsidRDefault="00420D27" w:rsidP="00C423A7">
      <w:pPr>
        <w:spacing w:after="0" w:line="240" w:lineRule="auto"/>
        <w:jc w:val="center"/>
        <w:rPr>
          <w:rFonts w:ascii="Muli" w:hAnsi="Muli"/>
          <w:i/>
          <w:color w:val="008CAA"/>
          <w:sz w:val="24"/>
          <w:szCs w:val="24"/>
          <w:lang w:val="fr-FR"/>
        </w:rPr>
      </w:pPr>
    </w:p>
    <w:p w14:paraId="2A10F3C2" w14:textId="74B94233" w:rsidR="00420D27" w:rsidRPr="00B47881" w:rsidRDefault="00420D27" w:rsidP="00C423A7">
      <w:pPr>
        <w:spacing w:after="0" w:line="240" w:lineRule="auto"/>
        <w:jc w:val="center"/>
        <w:rPr>
          <w:rFonts w:ascii="Muli" w:hAnsi="Muli"/>
          <w:b/>
          <w:bCs/>
          <w:color w:val="008CAA"/>
          <w:sz w:val="24"/>
          <w:szCs w:val="24"/>
          <w:lang w:val="fr-FR"/>
        </w:rPr>
      </w:pPr>
      <w:r w:rsidRPr="00B47881">
        <w:rPr>
          <w:rFonts w:ascii="Muli" w:hAnsi="Muli"/>
          <w:b/>
          <w:bCs/>
          <w:i/>
          <w:color w:val="008CAA"/>
          <w:sz w:val="24"/>
          <w:szCs w:val="24"/>
          <w:lang w:val="fr-FR"/>
        </w:rPr>
        <w:t xml:space="preserve">Fiches à transmettre à </w:t>
      </w:r>
      <w:hyperlink r:id="rId6" w:history="1">
        <w:r w:rsidRPr="00B47881">
          <w:rPr>
            <w:rStyle w:val="Lienhypertexte"/>
            <w:rFonts w:ascii="Muli" w:hAnsi="Muli"/>
            <w:b/>
            <w:bCs/>
            <w:i/>
            <w:sz w:val="24"/>
            <w:szCs w:val="24"/>
            <w:lang w:val="fr-FR"/>
          </w:rPr>
          <w:t>animation@villagedessolidarites.fr</w:t>
        </w:r>
      </w:hyperlink>
      <w:r w:rsidRPr="00B47881">
        <w:rPr>
          <w:rFonts w:ascii="Muli" w:hAnsi="Muli"/>
          <w:b/>
          <w:bCs/>
          <w:i/>
          <w:color w:val="008CAA"/>
          <w:sz w:val="24"/>
          <w:szCs w:val="24"/>
          <w:lang w:val="fr-FR"/>
        </w:rPr>
        <w:t xml:space="preserve"> </w:t>
      </w:r>
    </w:p>
    <w:sectPr w:rsidR="00420D27" w:rsidRPr="00B47881"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uli">
    <w:panose1 w:val="00000500000000000000"/>
    <w:charset w:val="00"/>
    <w:family w:val="auto"/>
    <w:pitch w:val="variable"/>
    <w:sig w:usb0="20000007" w:usb1="00000001"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784542331">
    <w:abstractNumId w:val="8"/>
  </w:num>
  <w:num w:numId="2" w16cid:durableId="1759980685">
    <w:abstractNumId w:val="6"/>
  </w:num>
  <w:num w:numId="3" w16cid:durableId="788668865">
    <w:abstractNumId w:val="5"/>
  </w:num>
  <w:num w:numId="4" w16cid:durableId="1598903972">
    <w:abstractNumId w:val="4"/>
  </w:num>
  <w:num w:numId="5" w16cid:durableId="1988776612">
    <w:abstractNumId w:val="7"/>
  </w:num>
  <w:num w:numId="6" w16cid:durableId="992216158">
    <w:abstractNumId w:val="3"/>
  </w:num>
  <w:num w:numId="7" w16cid:durableId="277687478">
    <w:abstractNumId w:val="2"/>
  </w:num>
  <w:num w:numId="8" w16cid:durableId="1374116033">
    <w:abstractNumId w:val="1"/>
  </w:num>
  <w:num w:numId="9" w16cid:durableId="1965041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2C9"/>
    <w:rsid w:val="0029639D"/>
    <w:rsid w:val="00326F90"/>
    <w:rsid w:val="00420D27"/>
    <w:rsid w:val="009D64AF"/>
    <w:rsid w:val="00AA1D8D"/>
    <w:rsid w:val="00B47730"/>
    <w:rsid w:val="00B47881"/>
    <w:rsid w:val="00C423A7"/>
    <w:rsid w:val="00CB0664"/>
    <w:rsid w:val="00D17D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9D77B6"/>
  <w14:defaultImageDpi w14:val="300"/>
  <w15:docId w15:val="{FBD0E45A-50F5-4D12-AE03-2F233BB55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9416E"/>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00787A"/>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420D27"/>
    <w:rPr>
      <w:color w:val="0000FF" w:themeColor="hyperlink"/>
      <w:u w:val="single"/>
    </w:rPr>
  </w:style>
  <w:style w:type="character" w:styleId="Mentionnonrsolue">
    <w:name w:val="Unresolved Mention"/>
    <w:basedOn w:val="Policepardfaut"/>
    <w:uiPriority w:val="99"/>
    <w:semiHidden/>
    <w:unhideWhenUsed/>
    <w:rsid w:val="00420D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imation@villagedessolidarites.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546</Words>
  <Characters>3003</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jean-philippe jpn. nicot</cp:lastModifiedBy>
  <cp:revision>5</cp:revision>
  <cp:lastPrinted>2026-07-22T08:49:00Z</cp:lastPrinted>
  <dcterms:created xsi:type="dcterms:W3CDTF">2026-07-09T21:44:00Z</dcterms:created>
  <dcterms:modified xsi:type="dcterms:W3CDTF">2026-07-22T20:36:00Z</dcterms:modified>
  <cp:category/>
</cp:coreProperties>
</file>